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9C03F" w14:textId="10B574D6" w:rsidR="00903DA5" w:rsidRPr="00473A74" w:rsidRDefault="00582BE9" w:rsidP="001C425B">
      <w:pPr>
        <w:wordWrap w:val="0"/>
        <w:jc w:val="right"/>
        <w:rPr>
          <w:rFonts w:asciiTheme="minorEastAsia" w:eastAsiaTheme="minorEastAsia" w:hAnsiTheme="minorEastAsia"/>
          <w:szCs w:val="21"/>
          <w:lang w:eastAsia="zh-TW"/>
        </w:rPr>
      </w:pPr>
      <w:bookmarkStart w:id="0" w:name="_Hlk228523464"/>
      <w:r w:rsidRPr="00473A74">
        <w:rPr>
          <w:rFonts w:asciiTheme="minorEastAsia" w:eastAsiaTheme="minorEastAsia" w:hAnsiTheme="minorEastAsia"/>
          <w:szCs w:val="21"/>
          <w:lang w:eastAsia="zh-TW"/>
        </w:rPr>
        <w:t>令和</w:t>
      </w:r>
      <w:r w:rsidR="00FB143B">
        <w:rPr>
          <w:rFonts w:asciiTheme="minorEastAsia" w:eastAsiaTheme="minorEastAsia" w:hAnsiTheme="minorEastAsia" w:hint="eastAsia"/>
          <w:szCs w:val="21"/>
          <w:lang w:eastAsia="ja-JP"/>
        </w:rPr>
        <w:t>８</w:t>
      </w:r>
      <w:r w:rsidRPr="00473A74">
        <w:rPr>
          <w:rFonts w:asciiTheme="minorEastAsia" w:eastAsiaTheme="minorEastAsia" w:hAnsiTheme="minorEastAsia"/>
          <w:szCs w:val="21"/>
          <w:lang w:eastAsia="zh-TW"/>
        </w:rPr>
        <w:t>年</w:t>
      </w:r>
      <w:r w:rsidR="00063710">
        <w:rPr>
          <w:rFonts w:asciiTheme="minorEastAsia" w:eastAsiaTheme="minorEastAsia" w:hAnsiTheme="minorEastAsia" w:hint="eastAsia"/>
          <w:szCs w:val="21"/>
          <w:lang w:eastAsia="ja-JP"/>
        </w:rPr>
        <w:t>９</w:t>
      </w:r>
      <w:r w:rsidRPr="00473A74">
        <w:rPr>
          <w:rFonts w:asciiTheme="minorEastAsia" w:eastAsiaTheme="minorEastAsia" w:hAnsiTheme="minorEastAsia"/>
          <w:szCs w:val="21"/>
          <w:lang w:eastAsia="zh-TW"/>
        </w:rPr>
        <w:t>月</w:t>
      </w:r>
      <w:r w:rsidR="00C666B9">
        <w:rPr>
          <w:rFonts w:asciiTheme="minorEastAsia" w:eastAsiaTheme="minorEastAsia" w:hAnsiTheme="minorEastAsia" w:hint="eastAsia"/>
          <w:szCs w:val="21"/>
          <w:lang w:eastAsia="ja-JP"/>
        </w:rPr>
        <w:t>２５</w:t>
      </w:r>
      <w:r w:rsidRPr="00473A74">
        <w:rPr>
          <w:rFonts w:asciiTheme="minorEastAsia" w:eastAsiaTheme="minorEastAsia" w:hAnsiTheme="minorEastAsia"/>
          <w:szCs w:val="21"/>
          <w:lang w:eastAsia="zh-TW"/>
        </w:rPr>
        <w:t>日</w:t>
      </w:r>
      <w:r w:rsidR="001C425B">
        <w:rPr>
          <w:rFonts w:asciiTheme="minorEastAsia" w:eastAsiaTheme="minorEastAsia" w:hAnsiTheme="minorEastAsia" w:hint="eastAsia"/>
          <w:szCs w:val="21"/>
          <w:lang w:eastAsia="ja-JP"/>
        </w:rPr>
        <w:t xml:space="preserve">　</w:t>
      </w:r>
    </w:p>
    <w:p w14:paraId="3BA9F3C2" w14:textId="77777777" w:rsidR="001F2627" w:rsidRPr="00473A74" w:rsidRDefault="001F2627" w:rsidP="001C425B">
      <w:pPr>
        <w:rPr>
          <w:rFonts w:asciiTheme="minorEastAsia" w:eastAsiaTheme="minorEastAsia" w:hAnsiTheme="minorEastAsia"/>
          <w:szCs w:val="21"/>
          <w:lang w:eastAsia="zh-TW"/>
        </w:rPr>
      </w:pPr>
    </w:p>
    <w:p w14:paraId="27B89A07" w14:textId="08082064" w:rsidR="00356237" w:rsidRPr="00473A74" w:rsidRDefault="001C425B" w:rsidP="001C425B">
      <w:pPr>
        <w:rPr>
          <w:rFonts w:asciiTheme="minorEastAsia" w:eastAsiaTheme="minorEastAsia" w:hAnsiTheme="minorEastAsia"/>
          <w:szCs w:val="21"/>
          <w:lang w:eastAsia="ja-JP"/>
        </w:rPr>
      </w:pPr>
      <w:r>
        <w:rPr>
          <w:rFonts w:asciiTheme="minorEastAsia" w:eastAsiaTheme="minorEastAsia" w:hAnsiTheme="minorEastAsia" w:hint="eastAsia"/>
          <w:szCs w:val="21"/>
          <w:lang w:eastAsia="ja-JP"/>
        </w:rPr>
        <w:t xml:space="preserve">　</w:t>
      </w:r>
      <w:r w:rsidR="00786052">
        <w:rPr>
          <w:rFonts w:asciiTheme="minorEastAsia" w:eastAsiaTheme="minorEastAsia" w:hAnsiTheme="minorEastAsia" w:hint="eastAsia"/>
          <w:szCs w:val="21"/>
          <w:lang w:eastAsia="ja-JP"/>
        </w:rPr>
        <w:t>指定</w:t>
      </w:r>
      <w:r w:rsidR="00063710">
        <w:rPr>
          <w:rFonts w:asciiTheme="minorEastAsia" w:eastAsiaTheme="minorEastAsia" w:hAnsiTheme="minorEastAsia" w:hint="eastAsia"/>
          <w:szCs w:val="21"/>
          <w:lang w:eastAsia="ja-JP"/>
        </w:rPr>
        <w:t>共同生活援助</w:t>
      </w:r>
      <w:r w:rsidR="00A420E5" w:rsidRPr="00A420E5">
        <w:rPr>
          <w:rFonts w:asciiTheme="minorEastAsia" w:eastAsiaTheme="minorEastAsia" w:hAnsiTheme="minorEastAsia" w:hint="eastAsia"/>
          <w:szCs w:val="21"/>
          <w:lang w:eastAsia="ja-JP"/>
        </w:rPr>
        <w:t>事業所　管理者　様</w:t>
      </w:r>
    </w:p>
    <w:p w14:paraId="32191ABB" w14:textId="77777777" w:rsidR="00A420E5" w:rsidRPr="00457D40" w:rsidRDefault="00A420E5" w:rsidP="001C425B">
      <w:pPr>
        <w:rPr>
          <w:rFonts w:asciiTheme="minorEastAsia" w:eastAsia="PMingLiU" w:hAnsiTheme="minorEastAsia"/>
          <w:szCs w:val="21"/>
          <w:lang w:eastAsia="ja-JP"/>
        </w:rPr>
      </w:pPr>
    </w:p>
    <w:p w14:paraId="79CC696B" w14:textId="027C9C7B" w:rsidR="001F2627" w:rsidRPr="00A420E5" w:rsidRDefault="001F2627" w:rsidP="006812EF">
      <w:pPr>
        <w:wordWrap w:val="0"/>
        <w:ind w:firstLineChars="1600" w:firstLine="4945"/>
        <w:jc w:val="right"/>
        <w:rPr>
          <w:rFonts w:asciiTheme="minorEastAsia" w:eastAsia="PMingLiU" w:hAnsiTheme="minorEastAsia"/>
          <w:szCs w:val="21"/>
          <w:lang w:eastAsia="zh-TW"/>
        </w:rPr>
      </w:pPr>
      <w:r w:rsidRPr="006812EF">
        <w:rPr>
          <w:rFonts w:asciiTheme="minorEastAsia" w:eastAsiaTheme="minorEastAsia" w:hAnsiTheme="minorEastAsia" w:hint="eastAsia"/>
          <w:spacing w:val="104"/>
          <w:szCs w:val="21"/>
          <w:fitText w:val="3989" w:id="-441726975"/>
          <w:lang w:eastAsia="zh-TW"/>
        </w:rPr>
        <w:t>広島市健康福祉局</w:t>
      </w:r>
      <w:r w:rsidR="00A420E5" w:rsidRPr="006812EF">
        <w:rPr>
          <w:rFonts w:asciiTheme="minorEastAsia" w:eastAsiaTheme="minorEastAsia" w:hAnsiTheme="minorEastAsia" w:hint="eastAsia"/>
          <w:spacing w:val="104"/>
          <w:szCs w:val="21"/>
          <w:fitText w:val="3989" w:id="-441726975"/>
          <w:lang w:eastAsia="ja-JP"/>
        </w:rPr>
        <w:t>障害福祉</w:t>
      </w:r>
      <w:r w:rsidR="00A420E5" w:rsidRPr="006812EF">
        <w:rPr>
          <w:rFonts w:asciiTheme="minorEastAsia" w:eastAsiaTheme="minorEastAsia" w:hAnsiTheme="minorEastAsia" w:hint="eastAsia"/>
          <w:spacing w:val="12"/>
          <w:szCs w:val="21"/>
          <w:fitText w:val="3989" w:id="-441726975"/>
          <w:lang w:eastAsia="ja-JP"/>
        </w:rPr>
        <w:t>部</w:t>
      </w:r>
      <w:r w:rsidR="006812EF">
        <w:rPr>
          <w:rFonts w:asciiTheme="minorEastAsia" w:eastAsiaTheme="minorEastAsia" w:hAnsiTheme="minorEastAsia" w:hint="eastAsia"/>
          <w:szCs w:val="21"/>
          <w:lang w:eastAsia="ja-JP"/>
        </w:rPr>
        <w:t xml:space="preserve">　</w:t>
      </w:r>
    </w:p>
    <w:p w14:paraId="478C1EF3" w14:textId="7AA109BE" w:rsidR="00A420E5" w:rsidRDefault="00A420E5" w:rsidP="006812EF">
      <w:pPr>
        <w:wordWrap w:val="0"/>
        <w:ind w:firstLineChars="2400" w:firstLine="4922"/>
        <w:jc w:val="right"/>
        <w:rPr>
          <w:rFonts w:asciiTheme="minorEastAsia" w:eastAsiaTheme="minorEastAsia" w:hAnsiTheme="minorEastAsia"/>
          <w:szCs w:val="21"/>
          <w:lang w:eastAsia="ja-JP"/>
        </w:rPr>
      </w:pPr>
      <w:r w:rsidRPr="006812EF">
        <w:rPr>
          <w:rFonts w:asciiTheme="minorEastAsia" w:eastAsiaTheme="minorEastAsia" w:hAnsiTheme="minorEastAsia" w:hint="eastAsia"/>
          <w:szCs w:val="21"/>
          <w:fitText w:val="3989" w:id="-441726976"/>
          <w:lang w:eastAsia="ja-JP"/>
        </w:rPr>
        <w:t>障害自立支援課</w:t>
      </w:r>
      <w:r w:rsidR="001F2627" w:rsidRPr="006812EF">
        <w:rPr>
          <w:rFonts w:asciiTheme="minorEastAsia" w:eastAsiaTheme="minorEastAsia" w:hAnsiTheme="minorEastAsia" w:hint="eastAsia"/>
          <w:szCs w:val="21"/>
          <w:fitText w:val="3989" w:id="-441726976"/>
          <w:lang w:eastAsia="ja-JP"/>
        </w:rPr>
        <w:t>事業者指導・指定担当課長</w:t>
      </w:r>
      <w:r w:rsidR="006812EF">
        <w:rPr>
          <w:rFonts w:asciiTheme="minorEastAsia" w:eastAsiaTheme="minorEastAsia" w:hAnsiTheme="minorEastAsia" w:hint="eastAsia"/>
          <w:szCs w:val="21"/>
          <w:lang w:eastAsia="ja-JP"/>
        </w:rPr>
        <w:t xml:space="preserve">　</w:t>
      </w:r>
    </w:p>
    <w:p w14:paraId="16764A07" w14:textId="77777777" w:rsidR="00903DA5" w:rsidRPr="00473A74" w:rsidRDefault="00903DA5" w:rsidP="001C425B">
      <w:pPr>
        <w:rPr>
          <w:rFonts w:asciiTheme="minorEastAsia" w:eastAsiaTheme="minorEastAsia" w:hAnsiTheme="minorEastAsia"/>
          <w:szCs w:val="21"/>
          <w:lang w:eastAsia="ja-JP"/>
        </w:rPr>
      </w:pPr>
    </w:p>
    <w:p w14:paraId="4B9514AF" w14:textId="74B88A1D" w:rsidR="009F35C2" w:rsidRDefault="00063710" w:rsidP="001C425B">
      <w:pPr>
        <w:jc w:val="center"/>
        <w:rPr>
          <w:rFonts w:asciiTheme="majorEastAsia" w:eastAsiaTheme="majorEastAsia" w:hAnsiTheme="majorEastAsia"/>
          <w:szCs w:val="21"/>
          <w:lang w:eastAsia="ja-JP"/>
        </w:rPr>
      </w:pPr>
      <w:r w:rsidRPr="00063710">
        <w:rPr>
          <w:rFonts w:asciiTheme="majorEastAsia" w:eastAsiaTheme="majorEastAsia" w:hAnsiTheme="majorEastAsia" w:hint="eastAsia"/>
          <w:szCs w:val="21"/>
          <w:lang w:eastAsia="ja-JP"/>
        </w:rPr>
        <w:t>令和９年報酬改定に伴う共同生活援助の</w:t>
      </w:r>
      <w:r>
        <w:rPr>
          <w:rFonts w:asciiTheme="majorEastAsia" w:eastAsiaTheme="majorEastAsia" w:hAnsiTheme="majorEastAsia" w:hint="eastAsia"/>
          <w:szCs w:val="21"/>
          <w:lang w:eastAsia="ja-JP"/>
        </w:rPr>
        <w:t>管理者の資格要件（案）</w:t>
      </w:r>
      <w:r w:rsidRPr="00063710">
        <w:rPr>
          <w:rFonts w:asciiTheme="majorEastAsia" w:eastAsiaTheme="majorEastAsia" w:hAnsiTheme="majorEastAsia" w:hint="eastAsia"/>
          <w:szCs w:val="21"/>
          <w:lang w:eastAsia="ja-JP"/>
        </w:rPr>
        <w:t>について（通知）</w:t>
      </w:r>
    </w:p>
    <w:p w14:paraId="257AA2CE" w14:textId="73806885" w:rsidR="00903DA5" w:rsidRDefault="00903DA5" w:rsidP="001C425B">
      <w:pPr>
        <w:rPr>
          <w:rFonts w:asciiTheme="minorEastAsia" w:eastAsiaTheme="minorEastAsia" w:hAnsiTheme="minorEastAsia"/>
          <w:szCs w:val="21"/>
          <w:lang w:eastAsia="ja-JP"/>
        </w:rPr>
      </w:pPr>
    </w:p>
    <w:p w14:paraId="48E47956" w14:textId="4AFEE612" w:rsidR="00BE1E3F" w:rsidRPr="00063710" w:rsidRDefault="001C425B" w:rsidP="001C425B">
      <w:pPr>
        <w:rPr>
          <w:rFonts w:asciiTheme="minorEastAsia" w:eastAsiaTheme="minorEastAsia" w:hAnsiTheme="minorEastAsia"/>
          <w:szCs w:val="21"/>
          <w:lang w:eastAsia="ja-JP"/>
        </w:rPr>
      </w:pPr>
      <w:r w:rsidRPr="00063710">
        <w:rPr>
          <w:rFonts w:asciiTheme="minorEastAsia" w:eastAsiaTheme="minorEastAsia" w:hAnsiTheme="minorEastAsia" w:hint="eastAsia"/>
          <w:szCs w:val="21"/>
          <w:lang w:eastAsia="ja-JP"/>
        </w:rPr>
        <w:t xml:space="preserve">　</w:t>
      </w:r>
      <w:bookmarkStart w:id="1" w:name="OLE_LINK2"/>
      <w:r w:rsidR="0049065F" w:rsidRPr="00063710">
        <w:rPr>
          <w:rFonts w:asciiTheme="minorEastAsia" w:eastAsiaTheme="minorEastAsia" w:hAnsiTheme="minorEastAsia" w:hint="eastAsia"/>
          <w:szCs w:val="21"/>
          <w:lang w:eastAsia="ja-JP"/>
        </w:rPr>
        <w:t>平素</w:t>
      </w:r>
      <w:r w:rsidR="00915FE7" w:rsidRPr="00063710">
        <w:rPr>
          <w:rFonts w:asciiTheme="minorEastAsia" w:eastAsiaTheme="minorEastAsia" w:hAnsiTheme="minorEastAsia" w:hint="eastAsia"/>
          <w:szCs w:val="21"/>
          <w:lang w:eastAsia="ja-JP"/>
        </w:rPr>
        <w:t>より</w:t>
      </w:r>
      <w:r w:rsidR="0049065F" w:rsidRPr="00063710">
        <w:rPr>
          <w:rFonts w:asciiTheme="minorEastAsia" w:eastAsiaTheme="minorEastAsia" w:hAnsiTheme="minorEastAsia" w:hint="eastAsia"/>
          <w:szCs w:val="21"/>
          <w:lang w:eastAsia="ja-JP"/>
        </w:rPr>
        <w:t>、本市の</w:t>
      </w:r>
      <w:r w:rsidR="00A420E5" w:rsidRPr="00063710">
        <w:rPr>
          <w:rFonts w:asciiTheme="minorEastAsia" w:eastAsiaTheme="minorEastAsia" w:hAnsiTheme="minorEastAsia" w:hint="eastAsia"/>
          <w:szCs w:val="21"/>
          <w:lang w:eastAsia="ja-JP"/>
        </w:rPr>
        <w:t>障害者</w:t>
      </w:r>
      <w:r w:rsidR="002801C9" w:rsidRPr="00063710">
        <w:rPr>
          <w:rFonts w:asciiTheme="minorEastAsia" w:eastAsiaTheme="minorEastAsia" w:hAnsiTheme="minorEastAsia" w:hint="eastAsia"/>
          <w:szCs w:val="21"/>
          <w:lang w:eastAsia="ja-JP"/>
        </w:rPr>
        <w:t>福祉</w:t>
      </w:r>
      <w:r w:rsidR="0049065F" w:rsidRPr="00063710">
        <w:rPr>
          <w:rFonts w:asciiTheme="minorEastAsia" w:eastAsiaTheme="minorEastAsia" w:hAnsiTheme="minorEastAsia" w:hint="eastAsia"/>
          <w:szCs w:val="21"/>
          <w:lang w:eastAsia="ja-JP"/>
        </w:rPr>
        <w:t>の</w:t>
      </w:r>
      <w:r w:rsidR="004E1CD7" w:rsidRPr="00063710">
        <w:rPr>
          <w:rFonts w:asciiTheme="minorEastAsia" w:eastAsiaTheme="minorEastAsia" w:hAnsiTheme="minorEastAsia" w:hint="eastAsia"/>
          <w:szCs w:val="21"/>
          <w:lang w:eastAsia="ja-JP"/>
        </w:rPr>
        <w:t>推進</w:t>
      </w:r>
      <w:r w:rsidR="0049065F" w:rsidRPr="00063710">
        <w:rPr>
          <w:rFonts w:asciiTheme="minorEastAsia" w:eastAsiaTheme="minorEastAsia" w:hAnsiTheme="minorEastAsia" w:hint="eastAsia"/>
          <w:szCs w:val="21"/>
          <w:lang w:eastAsia="ja-JP"/>
        </w:rPr>
        <w:t>に御理解と御協力を賜り、</w:t>
      </w:r>
      <w:r w:rsidR="00915FE7" w:rsidRPr="00063710">
        <w:rPr>
          <w:rFonts w:asciiTheme="minorEastAsia" w:eastAsiaTheme="minorEastAsia" w:hAnsiTheme="minorEastAsia" w:hint="eastAsia"/>
          <w:szCs w:val="21"/>
          <w:lang w:eastAsia="ja-JP"/>
        </w:rPr>
        <w:t>厚く</w:t>
      </w:r>
      <w:r w:rsidR="0049065F" w:rsidRPr="00063710">
        <w:rPr>
          <w:rFonts w:asciiTheme="minorEastAsia" w:eastAsiaTheme="minorEastAsia" w:hAnsiTheme="minorEastAsia" w:hint="eastAsia"/>
          <w:szCs w:val="21"/>
          <w:lang w:eastAsia="ja-JP"/>
        </w:rPr>
        <w:t>お礼申し上げます。</w:t>
      </w:r>
    </w:p>
    <w:p w14:paraId="377BE833" w14:textId="6369D0CB" w:rsidR="00063710" w:rsidRDefault="001C425B" w:rsidP="001C425B">
      <w:pPr>
        <w:rPr>
          <w:rFonts w:asciiTheme="minorEastAsia" w:eastAsiaTheme="minorEastAsia" w:hAnsiTheme="minorEastAsia"/>
          <w:szCs w:val="21"/>
          <w:lang w:eastAsia="ja-JP"/>
        </w:rPr>
      </w:pPr>
      <w:r w:rsidRPr="00063710">
        <w:rPr>
          <w:rFonts w:asciiTheme="minorEastAsia" w:eastAsiaTheme="minorEastAsia" w:hAnsiTheme="minorEastAsia" w:hint="eastAsia"/>
          <w:szCs w:val="21"/>
          <w:lang w:eastAsia="ja-JP"/>
        </w:rPr>
        <w:t xml:space="preserve">　</w:t>
      </w:r>
      <w:r w:rsidR="00BE1E3F" w:rsidRPr="00063710">
        <w:rPr>
          <w:rFonts w:asciiTheme="minorEastAsia" w:eastAsiaTheme="minorEastAsia" w:hAnsiTheme="minorEastAsia" w:hint="eastAsia"/>
          <w:szCs w:val="21"/>
          <w:lang w:eastAsia="ja-JP"/>
        </w:rPr>
        <w:t>さて、</w:t>
      </w:r>
      <w:r w:rsidR="00421A52" w:rsidRPr="00063710">
        <w:rPr>
          <w:rFonts w:asciiTheme="minorEastAsia" w:eastAsiaTheme="minorEastAsia" w:hAnsiTheme="minorEastAsia" w:hint="eastAsia"/>
          <w:szCs w:val="21"/>
          <w:lang w:eastAsia="ja-JP"/>
        </w:rPr>
        <w:t>今般、</w:t>
      </w:r>
      <w:r w:rsidR="00063710" w:rsidRPr="00063710">
        <w:rPr>
          <w:rFonts w:asciiTheme="minorEastAsia" w:eastAsiaTheme="minorEastAsia" w:hAnsiTheme="minorEastAsia" w:hint="eastAsia"/>
          <w:szCs w:val="21"/>
          <w:lang w:eastAsia="ja-JP"/>
        </w:rPr>
        <w:t>障害福祉サービスの質</w:t>
      </w:r>
      <w:r w:rsidR="001E5D2E">
        <w:rPr>
          <w:rFonts w:asciiTheme="minorEastAsia" w:eastAsiaTheme="minorEastAsia" w:hAnsiTheme="minorEastAsia" w:hint="eastAsia"/>
          <w:szCs w:val="21"/>
          <w:lang w:eastAsia="ja-JP"/>
        </w:rPr>
        <w:t>の</w:t>
      </w:r>
      <w:r w:rsidR="00063710" w:rsidRPr="00063710">
        <w:rPr>
          <w:rFonts w:asciiTheme="minorEastAsia" w:eastAsiaTheme="minorEastAsia" w:hAnsiTheme="minorEastAsia" w:hint="eastAsia"/>
          <w:szCs w:val="21"/>
          <w:lang w:eastAsia="ja-JP"/>
        </w:rPr>
        <w:t>確保</w:t>
      </w:r>
      <w:r w:rsidR="001E5D2E">
        <w:rPr>
          <w:rFonts w:asciiTheme="minorEastAsia" w:eastAsiaTheme="minorEastAsia" w:hAnsiTheme="minorEastAsia" w:hint="eastAsia"/>
          <w:szCs w:val="21"/>
          <w:lang w:eastAsia="ja-JP"/>
        </w:rPr>
        <w:t>が</w:t>
      </w:r>
      <w:r w:rsidR="00063710" w:rsidRPr="00063710">
        <w:rPr>
          <w:rFonts w:asciiTheme="minorEastAsia" w:eastAsiaTheme="minorEastAsia" w:hAnsiTheme="minorEastAsia" w:hint="eastAsia"/>
          <w:szCs w:val="21"/>
          <w:lang w:eastAsia="ja-JP"/>
        </w:rPr>
        <w:t>求められており、国においても、令和９年度の報酬改定に向けて議論されているところですが、この度、厚生労働省の社会保障審議会障害者部会（第</w:t>
      </w:r>
      <w:r w:rsidR="002523B2">
        <w:rPr>
          <w:rFonts w:asciiTheme="minorEastAsia" w:eastAsiaTheme="minorEastAsia" w:hAnsiTheme="minorEastAsia" w:hint="eastAsia"/>
          <w:szCs w:val="21"/>
          <w:lang w:eastAsia="ja-JP"/>
        </w:rPr>
        <w:t>１５６</w:t>
      </w:r>
      <w:r w:rsidR="00063710" w:rsidRPr="00063710">
        <w:rPr>
          <w:rFonts w:asciiTheme="minorEastAsia" w:eastAsiaTheme="minorEastAsia" w:hAnsiTheme="minorEastAsia"/>
          <w:szCs w:val="21"/>
          <w:lang w:eastAsia="ja-JP"/>
        </w:rPr>
        <w:t>回）</w:t>
      </w:r>
      <w:r w:rsidR="00063710" w:rsidRPr="00063710">
        <w:rPr>
          <w:rFonts w:asciiTheme="minorEastAsia" w:eastAsiaTheme="minorEastAsia" w:hAnsiTheme="minorEastAsia" w:hint="eastAsia"/>
          <w:szCs w:val="21"/>
          <w:lang w:eastAsia="ja-JP"/>
        </w:rPr>
        <w:t>の資料で、</w:t>
      </w:r>
      <w:r w:rsidR="00B0763B">
        <w:rPr>
          <w:rFonts w:asciiTheme="minorEastAsia" w:eastAsiaTheme="minorEastAsia" w:hAnsiTheme="minorEastAsia" w:hint="eastAsia"/>
          <w:szCs w:val="21"/>
          <w:lang w:eastAsia="ja-JP"/>
        </w:rPr>
        <w:t>令和９年４月</w:t>
      </w:r>
      <w:r w:rsidR="002523B2">
        <w:rPr>
          <w:rFonts w:asciiTheme="minorEastAsia" w:eastAsiaTheme="minorEastAsia" w:hAnsiTheme="minorEastAsia" w:hint="eastAsia"/>
          <w:szCs w:val="21"/>
          <w:lang w:eastAsia="ja-JP"/>
        </w:rPr>
        <w:t>以降は、</w:t>
      </w:r>
      <w:r w:rsidR="00063710" w:rsidRPr="00063710">
        <w:rPr>
          <w:rFonts w:asciiTheme="minorEastAsia" w:eastAsiaTheme="minorEastAsia" w:hAnsiTheme="minorEastAsia" w:hint="eastAsia"/>
          <w:szCs w:val="21"/>
          <w:lang w:eastAsia="ja-JP"/>
        </w:rPr>
        <w:t>共同生活援助の管理者の資格要件</w:t>
      </w:r>
      <w:r w:rsidR="002523B2">
        <w:rPr>
          <w:rFonts w:asciiTheme="minorEastAsia" w:eastAsiaTheme="minorEastAsia" w:hAnsiTheme="minorEastAsia" w:hint="eastAsia"/>
          <w:szCs w:val="21"/>
          <w:lang w:eastAsia="ja-JP"/>
        </w:rPr>
        <w:t>が必要となる案が、下記のとおり示されました。</w:t>
      </w:r>
    </w:p>
    <w:p w14:paraId="1FCB1845" w14:textId="39A3885A" w:rsidR="00343E31" w:rsidRPr="002523B2" w:rsidRDefault="006269D1" w:rsidP="001C425B">
      <w:pPr>
        <w:rPr>
          <w:rFonts w:asciiTheme="minorEastAsia" w:eastAsiaTheme="minorEastAsia" w:hAnsiTheme="minorEastAsia"/>
          <w:b/>
          <w:bCs/>
          <w:szCs w:val="21"/>
          <w:u w:val="single"/>
          <w:lang w:eastAsia="ja-JP"/>
        </w:rPr>
      </w:pPr>
      <w:r>
        <w:rPr>
          <w:rFonts w:asciiTheme="minorEastAsia" w:eastAsiaTheme="minorEastAsia" w:hAnsiTheme="minorEastAsia" w:hint="eastAsia"/>
          <w:szCs w:val="21"/>
          <w:lang w:eastAsia="ja-JP"/>
        </w:rPr>
        <w:t xml:space="preserve">　詳細については、今後、国から通知がある予定ですが、</w:t>
      </w:r>
      <w:r w:rsidRPr="002523B2">
        <w:rPr>
          <w:rFonts w:asciiTheme="minorEastAsia" w:eastAsiaTheme="minorEastAsia" w:hAnsiTheme="minorEastAsia" w:hint="eastAsia"/>
          <w:b/>
          <w:bCs/>
          <w:szCs w:val="21"/>
          <w:u w:val="single"/>
          <w:lang w:eastAsia="ja-JP"/>
        </w:rPr>
        <w:t>管理者の資格要件として、</w:t>
      </w:r>
      <w:r w:rsidR="0080007C">
        <w:rPr>
          <w:rFonts w:asciiTheme="minorEastAsia" w:eastAsiaTheme="minorEastAsia" w:hAnsiTheme="minorEastAsia" w:hint="eastAsia"/>
          <w:b/>
          <w:bCs/>
          <w:szCs w:val="21"/>
          <w:u w:val="single"/>
          <w:lang w:eastAsia="ja-JP"/>
        </w:rPr>
        <w:t>①</w:t>
      </w:r>
      <w:r w:rsidR="00FC123D" w:rsidRPr="00FC123D">
        <w:rPr>
          <w:rFonts w:asciiTheme="minorEastAsia" w:eastAsiaTheme="minorEastAsia" w:hAnsiTheme="minorEastAsia" w:hint="eastAsia"/>
          <w:b/>
          <w:bCs/>
          <w:szCs w:val="21"/>
          <w:u w:val="single"/>
          <w:lang w:eastAsia="ja-JP"/>
        </w:rPr>
        <w:t>共同生活援助管理者研修（仮称）</w:t>
      </w:r>
      <w:r w:rsidR="0080007C">
        <w:rPr>
          <w:rFonts w:asciiTheme="minorEastAsia" w:eastAsiaTheme="minorEastAsia" w:hAnsiTheme="minorEastAsia" w:hint="eastAsia"/>
          <w:b/>
          <w:bCs/>
          <w:szCs w:val="21"/>
          <w:u w:val="single"/>
          <w:lang w:eastAsia="ja-JP"/>
        </w:rPr>
        <w:t>の受講</w:t>
      </w:r>
      <w:r w:rsidR="00FC123D" w:rsidRPr="00FC123D">
        <w:rPr>
          <w:rFonts w:asciiTheme="minorEastAsia" w:eastAsiaTheme="minorEastAsia" w:hAnsiTheme="minorEastAsia" w:hint="eastAsia"/>
          <w:b/>
          <w:bCs/>
          <w:szCs w:val="21"/>
          <w:u w:val="single"/>
          <w:lang w:eastAsia="ja-JP"/>
        </w:rPr>
        <w:t>及び</w:t>
      </w:r>
      <w:r w:rsidR="0080007C">
        <w:rPr>
          <w:rFonts w:asciiTheme="minorEastAsia" w:eastAsiaTheme="minorEastAsia" w:hAnsiTheme="minorEastAsia" w:hint="eastAsia"/>
          <w:b/>
          <w:bCs/>
          <w:szCs w:val="21"/>
          <w:u w:val="single"/>
          <w:lang w:eastAsia="ja-JP"/>
        </w:rPr>
        <w:t>②</w:t>
      </w:r>
      <w:r w:rsidR="00B0763B" w:rsidRPr="002523B2">
        <w:rPr>
          <w:rFonts w:asciiTheme="minorEastAsia" w:eastAsiaTheme="minorEastAsia" w:hAnsiTheme="minorEastAsia" w:hint="eastAsia"/>
          <w:b/>
          <w:bCs/>
          <w:szCs w:val="21"/>
          <w:u w:val="single"/>
          <w:lang w:eastAsia="ja-JP"/>
        </w:rPr>
        <w:t>直接支援業務等の実務経験が</w:t>
      </w:r>
      <w:r w:rsidRPr="002523B2">
        <w:rPr>
          <w:rFonts w:asciiTheme="minorEastAsia" w:eastAsiaTheme="minorEastAsia" w:hAnsiTheme="minorEastAsia" w:hint="eastAsia"/>
          <w:b/>
          <w:bCs/>
          <w:szCs w:val="21"/>
          <w:u w:val="single"/>
          <w:lang w:eastAsia="ja-JP"/>
        </w:rPr>
        <w:t>３年以上かつ５４０日以上（１年間で１８０日以上）必要</w:t>
      </w:r>
      <w:r w:rsidR="00343E31">
        <w:rPr>
          <w:rFonts w:asciiTheme="minorEastAsia" w:eastAsiaTheme="minorEastAsia" w:hAnsiTheme="minorEastAsia" w:hint="eastAsia"/>
          <w:b/>
          <w:bCs/>
          <w:szCs w:val="21"/>
          <w:u w:val="single"/>
          <w:lang w:eastAsia="ja-JP"/>
        </w:rPr>
        <w:t>となり、</w:t>
      </w:r>
      <w:r w:rsidR="00343E31" w:rsidRPr="002523B2">
        <w:rPr>
          <w:rFonts w:asciiTheme="minorEastAsia" w:eastAsiaTheme="minorEastAsia" w:hAnsiTheme="minorEastAsia" w:hint="eastAsia"/>
          <w:b/>
          <w:bCs/>
          <w:szCs w:val="21"/>
          <w:u w:val="single"/>
          <w:lang w:eastAsia="ja-JP"/>
        </w:rPr>
        <w:t>令和９年４月以降に新規指定を受ける事業所及び令和９年４月以降に新たに管理者として配置する場合</w:t>
      </w:r>
      <w:r w:rsidR="00343E31">
        <w:rPr>
          <w:rFonts w:asciiTheme="minorEastAsia" w:eastAsiaTheme="minorEastAsia" w:hAnsiTheme="minorEastAsia" w:hint="eastAsia"/>
          <w:b/>
          <w:bCs/>
          <w:szCs w:val="21"/>
          <w:u w:val="single"/>
          <w:lang w:eastAsia="ja-JP"/>
        </w:rPr>
        <w:t>には、この</w:t>
      </w:r>
      <w:r w:rsidR="0080007C">
        <w:rPr>
          <w:rFonts w:asciiTheme="minorEastAsia" w:eastAsiaTheme="minorEastAsia" w:hAnsiTheme="minorEastAsia" w:hint="eastAsia"/>
          <w:b/>
          <w:bCs/>
          <w:szCs w:val="21"/>
          <w:u w:val="single"/>
          <w:lang w:eastAsia="ja-JP"/>
        </w:rPr>
        <w:t>うち②の</w:t>
      </w:r>
      <w:r w:rsidR="00343E31" w:rsidRPr="002523B2">
        <w:rPr>
          <w:rFonts w:asciiTheme="minorEastAsia" w:eastAsiaTheme="minorEastAsia" w:hAnsiTheme="minorEastAsia" w:hint="eastAsia"/>
          <w:b/>
          <w:bCs/>
          <w:szCs w:val="21"/>
          <w:u w:val="single"/>
          <w:lang w:eastAsia="ja-JP"/>
        </w:rPr>
        <w:t>実務経験</w:t>
      </w:r>
      <w:r w:rsidR="00343E31">
        <w:rPr>
          <w:rFonts w:asciiTheme="minorEastAsia" w:eastAsiaTheme="minorEastAsia" w:hAnsiTheme="minorEastAsia" w:hint="eastAsia"/>
          <w:b/>
          <w:bCs/>
          <w:szCs w:val="21"/>
          <w:u w:val="single"/>
          <w:lang w:eastAsia="ja-JP"/>
        </w:rPr>
        <w:t>が先行して必要</w:t>
      </w:r>
      <w:r w:rsidR="0080007C">
        <w:rPr>
          <w:rFonts w:asciiTheme="minorEastAsia" w:eastAsiaTheme="minorEastAsia" w:hAnsiTheme="minorEastAsia" w:hint="eastAsia"/>
          <w:b/>
          <w:bCs/>
          <w:szCs w:val="21"/>
          <w:u w:val="single"/>
          <w:lang w:eastAsia="ja-JP"/>
        </w:rPr>
        <w:t>となるとされています。</w:t>
      </w:r>
    </w:p>
    <w:p w14:paraId="52074805" w14:textId="4DFA5C42" w:rsidR="00063710" w:rsidRDefault="002523B2" w:rsidP="002523B2">
      <w:pPr>
        <w:ind w:firstLineChars="100" w:firstLine="205"/>
        <w:rPr>
          <w:rFonts w:asciiTheme="minorEastAsia" w:eastAsiaTheme="minorEastAsia" w:hAnsiTheme="minorEastAsia"/>
          <w:szCs w:val="21"/>
          <w:lang w:eastAsia="ja-JP"/>
        </w:rPr>
      </w:pPr>
      <w:r>
        <w:rPr>
          <w:rFonts w:asciiTheme="minorEastAsia" w:eastAsiaTheme="minorEastAsia" w:hAnsiTheme="minorEastAsia" w:hint="eastAsia"/>
          <w:szCs w:val="21"/>
          <w:lang w:eastAsia="ja-JP"/>
        </w:rPr>
        <w:t>令和９年４月以降に共同生活援助</w:t>
      </w:r>
      <w:r w:rsidR="00AE2376">
        <w:rPr>
          <w:rFonts w:asciiTheme="minorEastAsia" w:eastAsiaTheme="minorEastAsia" w:hAnsiTheme="minorEastAsia" w:hint="eastAsia"/>
          <w:szCs w:val="21"/>
          <w:lang w:eastAsia="ja-JP"/>
        </w:rPr>
        <w:t>事業所</w:t>
      </w:r>
      <w:r>
        <w:rPr>
          <w:rFonts w:asciiTheme="minorEastAsia" w:eastAsiaTheme="minorEastAsia" w:hAnsiTheme="minorEastAsia" w:hint="eastAsia"/>
          <w:szCs w:val="21"/>
          <w:lang w:eastAsia="ja-JP"/>
        </w:rPr>
        <w:t>の新規指定を希望される場合や令和９年４月以降に新たに管理者を配置する場合は、</w:t>
      </w:r>
      <w:r w:rsidR="00B0763B">
        <w:rPr>
          <w:rFonts w:asciiTheme="minorEastAsia" w:eastAsiaTheme="minorEastAsia" w:hAnsiTheme="minorEastAsia" w:hint="eastAsia"/>
          <w:szCs w:val="21"/>
          <w:lang w:eastAsia="ja-JP"/>
        </w:rPr>
        <w:t>今回示された要件</w:t>
      </w:r>
      <w:r>
        <w:rPr>
          <w:rFonts w:asciiTheme="minorEastAsia" w:eastAsiaTheme="minorEastAsia" w:hAnsiTheme="minorEastAsia" w:hint="eastAsia"/>
          <w:szCs w:val="21"/>
          <w:lang w:eastAsia="ja-JP"/>
        </w:rPr>
        <w:t>（案）</w:t>
      </w:r>
      <w:r w:rsidR="00B0763B">
        <w:rPr>
          <w:rFonts w:asciiTheme="minorEastAsia" w:eastAsiaTheme="minorEastAsia" w:hAnsiTheme="minorEastAsia" w:hint="eastAsia"/>
          <w:szCs w:val="21"/>
          <w:lang w:eastAsia="ja-JP"/>
        </w:rPr>
        <w:t>を踏まえ</w:t>
      </w:r>
      <w:r>
        <w:rPr>
          <w:rFonts w:asciiTheme="minorEastAsia" w:eastAsiaTheme="minorEastAsia" w:hAnsiTheme="minorEastAsia" w:hint="eastAsia"/>
          <w:szCs w:val="21"/>
          <w:lang w:eastAsia="ja-JP"/>
        </w:rPr>
        <w:t>た</w:t>
      </w:r>
      <w:r w:rsidR="00B0763B">
        <w:rPr>
          <w:rFonts w:asciiTheme="minorEastAsia" w:eastAsiaTheme="minorEastAsia" w:hAnsiTheme="minorEastAsia" w:hint="eastAsia"/>
          <w:szCs w:val="21"/>
          <w:lang w:eastAsia="ja-JP"/>
        </w:rPr>
        <w:t>管理者の配置を検討</w:t>
      </w:r>
      <w:r>
        <w:rPr>
          <w:rFonts w:asciiTheme="minorEastAsia" w:eastAsiaTheme="minorEastAsia" w:hAnsiTheme="minorEastAsia" w:hint="eastAsia"/>
          <w:szCs w:val="21"/>
          <w:lang w:eastAsia="ja-JP"/>
        </w:rPr>
        <w:t>していただきます</w:t>
      </w:r>
      <w:r w:rsidR="006269D1">
        <w:rPr>
          <w:rFonts w:asciiTheme="minorEastAsia" w:eastAsiaTheme="minorEastAsia" w:hAnsiTheme="minorEastAsia" w:hint="eastAsia"/>
          <w:szCs w:val="21"/>
          <w:lang w:eastAsia="ja-JP"/>
        </w:rPr>
        <w:t>ようよろしくお願いいたします。</w:t>
      </w:r>
    </w:p>
    <w:p w14:paraId="6902ECEE" w14:textId="506CBFCA" w:rsidR="002523B2" w:rsidRPr="00063710" w:rsidRDefault="002523B2" w:rsidP="002523B2">
      <w:pPr>
        <w:ind w:leftChars="100" w:left="410" w:hangingChars="100" w:hanging="205"/>
        <w:rPr>
          <w:rFonts w:asciiTheme="minorEastAsia" w:eastAsiaTheme="minorEastAsia" w:hAnsiTheme="minorEastAsia"/>
          <w:szCs w:val="21"/>
          <w:lang w:eastAsia="ja-JP"/>
        </w:rPr>
      </w:pPr>
      <w:r>
        <w:rPr>
          <w:rFonts w:asciiTheme="minorEastAsia" w:eastAsiaTheme="minorEastAsia" w:hAnsiTheme="minorEastAsia" w:hint="eastAsia"/>
          <w:szCs w:val="21"/>
          <w:lang w:eastAsia="ja-JP"/>
        </w:rPr>
        <w:t>※既存の事業所で</w:t>
      </w:r>
      <w:r w:rsidR="00AE2376">
        <w:rPr>
          <w:rFonts w:asciiTheme="minorEastAsia" w:eastAsiaTheme="minorEastAsia" w:hAnsiTheme="minorEastAsia" w:hint="eastAsia"/>
          <w:szCs w:val="21"/>
          <w:lang w:eastAsia="ja-JP"/>
        </w:rPr>
        <w:t>令和</w:t>
      </w:r>
      <w:r w:rsidR="000D07CF">
        <w:rPr>
          <w:rFonts w:asciiTheme="minorEastAsia" w:eastAsiaTheme="minorEastAsia" w:hAnsiTheme="minorEastAsia" w:hint="eastAsia"/>
          <w:szCs w:val="21"/>
          <w:lang w:eastAsia="ja-JP"/>
        </w:rPr>
        <w:t>９</w:t>
      </w:r>
      <w:r w:rsidR="00AE2376">
        <w:rPr>
          <w:rFonts w:asciiTheme="minorEastAsia" w:eastAsiaTheme="minorEastAsia" w:hAnsiTheme="minorEastAsia" w:hint="eastAsia"/>
          <w:szCs w:val="21"/>
          <w:lang w:eastAsia="ja-JP"/>
        </w:rPr>
        <w:t>年</w:t>
      </w:r>
      <w:r w:rsidR="000D07CF">
        <w:rPr>
          <w:rFonts w:asciiTheme="minorEastAsia" w:eastAsiaTheme="minorEastAsia" w:hAnsiTheme="minorEastAsia" w:hint="eastAsia"/>
          <w:szCs w:val="21"/>
          <w:lang w:eastAsia="ja-JP"/>
        </w:rPr>
        <w:t>３月</w:t>
      </w:r>
      <w:r w:rsidR="00AE2376">
        <w:rPr>
          <w:rFonts w:asciiTheme="minorEastAsia" w:eastAsiaTheme="minorEastAsia" w:hAnsiTheme="minorEastAsia" w:hint="eastAsia"/>
          <w:szCs w:val="21"/>
          <w:lang w:eastAsia="ja-JP"/>
        </w:rPr>
        <w:t>までに</w:t>
      </w:r>
      <w:r>
        <w:rPr>
          <w:rFonts w:asciiTheme="minorEastAsia" w:eastAsiaTheme="minorEastAsia" w:hAnsiTheme="minorEastAsia" w:hint="eastAsia"/>
          <w:szCs w:val="21"/>
          <w:lang w:eastAsia="ja-JP"/>
        </w:rPr>
        <w:t>勤務している管理者や</w:t>
      </w:r>
      <w:r w:rsidR="000D07CF">
        <w:rPr>
          <w:rFonts w:asciiTheme="minorEastAsia" w:eastAsiaTheme="minorEastAsia" w:hAnsiTheme="minorEastAsia" w:hint="eastAsia"/>
          <w:szCs w:val="21"/>
          <w:lang w:eastAsia="ja-JP"/>
        </w:rPr>
        <w:t>、</w:t>
      </w:r>
      <w:r>
        <w:rPr>
          <w:rFonts w:asciiTheme="minorEastAsia" w:eastAsiaTheme="minorEastAsia" w:hAnsiTheme="minorEastAsia" w:hint="eastAsia"/>
          <w:szCs w:val="21"/>
          <w:lang w:eastAsia="ja-JP"/>
        </w:rPr>
        <w:t>令和９年度から令和１１年度</w:t>
      </w:r>
      <w:r w:rsidR="000D07CF">
        <w:rPr>
          <w:rFonts w:asciiTheme="minorEastAsia" w:eastAsiaTheme="minorEastAsia" w:hAnsiTheme="minorEastAsia" w:hint="eastAsia"/>
          <w:szCs w:val="21"/>
          <w:lang w:eastAsia="ja-JP"/>
        </w:rPr>
        <w:t>までに配置される</w:t>
      </w:r>
      <w:r>
        <w:rPr>
          <w:rFonts w:asciiTheme="minorEastAsia" w:eastAsiaTheme="minorEastAsia" w:hAnsiTheme="minorEastAsia" w:hint="eastAsia"/>
          <w:szCs w:val="21"/>
          <w:lang w:eastAsia="ja-JP"/>
        </w:rPr>
        <w:t>管理者</w:t>
      </w:r>
      <w:r w:rsidR="000D07CF">
        <w:rPr>
          <w:rFonts w:asciiTheme="minorEastAsia" w:eastAsiaTheme="minorEastAsia" w:hAnsiTheme="minorEastAsia" w:hint="eastAsia"/>
          <w:szCs w:val="21"/>
          <w:lang w:eastAsia="ja-JP"/>
        </w:rPr>
        <w:t>は</w:t>
      </w:r>
      <w:r>
        <w:rPr>
          <w:rFonts w:asciiTheme="minorEastAsia" w:eastAsiaTheme="minorEastAsia" w:hAnsiTheme="minorEastAsia" w:hint="eastAsia"/>
          <w:szCs w:val="21"/>
          <w:lang w:eastAsia="ja-JP"/>
        </w:rPr>
        <w:t>、令和１１年度までに</w:t>
      </w:r>
      <w:r w:rsidR="0080007C">
        <w:rPr>
          <w:rFonts w:asciiTheme="minorEastAsia" w:eastAsiaTheme="minorEastAsia" w:hAnsiTheme="minorEastAsia" w:hint="eastAsia"/>
          <w:szCs w:val="21"/>
          <w:lang w:eastAsia="ja-JP"/>
        </w:rPr>
        <w:t>①の</w:t>
      </w:r>
      <w:r w:rsidR="00F826AE" w:rsidRPr="00F826AE">
        <w:rPr>
          <w:rFonts w:asciiTheme="minorEastAsia" w:eastAsiaTheme="minorEastAsia" w:hAnsiTheme="minorEastAsia" w:hint="eastAsia"/>
          <w:szCs w:val="21"/>
          <w:lang w:eastAsia="ja-JP"/>
        </w:rPr>
        <w:t>共同生活援助管理者研修（仮称）</w:t>
      </w:r>
      <w:r>
        <w:rPr>
          <w:rFonts w:asciiTheme="minorEastAsia" w:eastAsiaTheme="minorEastAsia" w:hAnsiTheme="minorEastAsia" w:hint="eastAsia"/>
          <w:szCs w:val="21"/>
          <w:lang w:eastAsia="ja-JP"/>
        </w:rPr>
        <w:t>を受講する必要があります。</w:t>
      </w:r>
    </w:p>
    <w:p w14:paraId="39FAC05B" w14:textId="77777777" w:rsidR="001833C4" w:rsidRPr="00F826AE" w:rsidRDefault="001833C4" w:rsidP="001C425B">
      <w:pPr>
        <w:rPr>
          <w:rFonts w:asciiTheme="minorEastAsia" w:eastAsiaTheme="minorEastAsia" w:hAnsiTheme="minorEastAsia"/>
          <w:color w:val="FF0000"/>
          <w:szCs w:val="21"/>
          <w:lang w:eastAsia="ja-JP"/>
        </w:rPr>
      </w:pPr>
    </w:p>
    <w:bookmarkEnd w:id="1"/>
    <w:p w14:paraId="6515F93C" w14:textId="77777777" w:rsidR="001C425B" w:rsidRDefault="000A2AE0" w:rsidP="001C425B">
      <w:pPr>
        <w:pStyle w:val="aff3"/>
      </w:pPr>
      <w:r w:rsidRPr="00473A74">
        <w:t>記</w:t>
      </w:r>
    </w:p>
    <w:p w14:paraId="4D9EEDCF" w14:textId="77777777" w:rsidR="001C425B" w:rsidRPr="00473A74" w:rsidRDefault="001C425B" w:rsidP="001C425B">
      <w:pPr>
        <w:rPr>
          <w:lang w:eastAsia="ja-JP"/>
        </w:rPr>
      </w:pPr>
    </w:p>
    <w:p w14:paraId="2A362F41" w14:textId="650C7F44" w:rsidR="00915FE7" w:rsidRDefault="00915FE7" w:rsidP="009A11ED">
      <w:pPr>
        <w:rPr>
          <w:rFonts w:asciiTheme="majorEastAsia" w:eastAsiaTheme="majorEastAsia" w:hAnsiTheme="majorEastAsia"/>
          <w:szCs w:val="21"/>
          <w:lang w:eastAsia="ja-JP"/>
        </w:rPr>
      </w:pPr>
      <w:r w:rsidRPr="00473A74">
        <w:rPr>
          <w:rFonts w:asciiTheme="majorEastAsia" w:eastAsiaTheme="majorEastAsia" w:hAnsiTheme="majorEastAsia" w:hint="eastAsia"/>
          <w:szCs w:val="21"/>
          <w:lang w:eastAsia="ja-JP"/>
        </w:rPr>
        <w:t xml:space="preserve">　</w:t>
      </w:r>
      <w:r w:rsidR="0064189F" w:rsidRPr="0064189F">
        <w:rPr>
          <w:rFonts w:asciiTheme="majorEastAsia" w:eastAsiaTheme="majorEastAsia" w:hAnsiTheme="majorEastAsia" w:hint="eastAsia"/>
          <w:szCs w:val="21"/>
          <w:lang w:eastAsia="ja-JP"/>
        </w:rPr>
        <w:t>令和９年４月以降</w:t>
      </w:r>
      <w:r w:rsidR="0064189F">
        <w:rPr>
          <w:rFonts w:asciiTheme="majorEastAsia" w:eastAsiaTheme="majorEastAsia" w:hAnsiTheme="majorEastAsia" w:hint="eastAsia"/>
          <w:szCs w:val="21"/>
          <w:lang w:eastAsia="ja-JP"/>
        </w:rPr>
        <w:t>の</w:t>
      </w:r>
      <w:r w:rsidR="002D68A6" w:rsidRPr="00063710">
        <w:rPr>
          <w:rFonts w:asciiTheme="majorEastAsia" w:eastAsiaTheme="majorEastAsia" w:hAnsiTheme="majorEastAsia" w:hint="eastAsia"/>
          <w:szCs w:val="21"/>
          <w:lang w:eastAsia="ja-JP"/>
        </w:rPr>
        <w:t>共同生活援助の</w:t>
      </w:r>
      <w:r w:rsidR="002D68A6">
        <w:rPr>
          <w:rFonts w:asciiTheme="majorEastAsia" w:eastAsiaTheme="majorEastAsia" w:hAnsiTheme="majorEastAsia" w:hint="eastAsia"/>
          <w:szCs w:val="21"/>
          <w:lang w:eastAsia="ja-JP"/>
        </w:rPr>
        <w:t>管理者の資格要件（案）</w:t>
      </w:r>
      <w:r w:rsidR="0064189F">
        <w:rPr>
          <w:rFonts w:asciiTheme="majorEastAsia" w:eastAsiaTheme="majorEastAsia" w:hAnsiTheme="majorEastAsia" w:hint="eastAsia"/>
          <w:szCs w:val="21"/>
          <w:lang w:eastAsia="ja-JP"/>
        </w:rPr>
        <w:t>について（国資料抜粋）</w:t>
      </w:r>
    </w:p>
    <w:p w14:paraId="7B56A80B" w14:textId="03E017BE" w:rsidR="00B06C4D" w:rsidRDefault="001C425B" w:rsidP="00B06C4D">
      <w:pPr>
        <w:ind w:left="347" w:hangingChars="169" w:hanging="347"/>
        <w:rPr>
          <w:rFonts w:asciiTheme="majorEastAsia" w:eastAsiaTheme="majorEastAsia" w:hAnsiTheme="majorEastAsia"/>
          <w:szCs w:val="21"/>
          <w:lang w:eastAsia="ja-JP"/>
        </w:rPr>
      </w:pPr>
      <w:r>
        <w:rPr>
          <w:rFonts w:asciiTheme="majorEastAsia" w:eastAsiaTheme="majorEastAsia" w:hAnsiTheme="majorEastAsia" w:hint="eastAsia"/>
          <w:szCs w:val="21"/>
          <w:lang w:eastAsia="ja-JP"/>
        </w:rPr>
        <w:t xml:space="preserve">　</w:t>
      </w:r>
      <w:r w:rsidR="0080007C">
        <w:rPr>
          <w:rFonts w:asciiTheme="majorEastAsia" w:eastAsiaTheme="majorEastAsia" w:hAnsiTheme="majorEastAsia" w:hint="eastAsia"/>
          <w:szCs w:val="21"/>
          <w:lang w:eastAsia="ja-JP"/>
        </w:rPr>
        <w:t>１</w:t>
      </w:r>
      <w:r w:rsidR="0064189F">
        <w:rPr>
          <w:rFonts w:asciiTheme="majorEastAsia" w:eastAsiaTheme="majorEastAsia" w:hAnsiTheme="majorEastAsia" w:hint="eastAsia"/>
          <w:szCs w:val="21"/>
          <w:lang w:eastAsia="ja-JP"/>
        </w:rPr>
        <w:t xml:space="preserve">　概要</w:t>
      </w:r>
    </w:p>
    <w:p w14:paraId="4D1132CF" w14:textId="147FEAE0" w:rsidR="00B06C4D" w:rsidRDefault="00B06C4D" w:rsidP="00B06C4D">
      <w:pPr>
        <w:ind w:leftChars="200" w:left="410" w:firstLineChars="100" w:firstLine="205"/>
        <w:rPr>
          <w:rFonts w:asciiTheme="majorEastAsia" w:eastAsiaTheme="majorEastAsia" w:hAnsiTheme="majorEastAsia"/>
          <w:szCs w:val="21"/>
          <w:lang w:eastAsia="ja-JP"/>
        </w:rPr>
      </w:pPr>
      <w:r w:rsidRPr="00B06C4D">
        <w:rPr>
          <w:rFonts w:asciiTheme="minorEastAsia" w:eastAsiaTheme="minorEastAsia" w:hAnsiTheme="minorEastAsia" w:hint="eastAsia"/>
          <w:szCs w:val="21"/>
          <w:lang w:eastAsia="ja-JP"/>
        </w:rPr>
        <w:t>指定障害福祉サービス事業所、指定相談支援事業所、指定障害者支援施設等の従業者</w:t>
      </w:r>
      <w:r w:rsidRPr="00B06C4D">
        <w:rPr>
          <w:rFonts w:asciiTheme="minorEastAsia" w:eastAsiaTheme="minorEastAsia" w:hAnsiTheme="minorEastAsia" w:hint="eastAsia"/>
          <w:szCs w:val="21"/>
          <w:vertAlign w:val="superscript"/>
          <w:lang w:eastAsia="ja-JP"/>
        </w:rPr>
        <w:t>※１</w:t>
      </w:r>
      <w:r w:rsidR="009A5B88">
        <w:rPr>
          <w:rFonts w:asciiTheme="minorEastAsia" w:eastAsiaTheme="minorEastAsia" w:hAnsiTheme="minorEastAsia" w:hint="eastAsia"/>
          <w:szCs w:val="21"/>
          <w:lang w:eastAsia="ja-JP"/>
        </w:rPr>
        <w:t>（以下、「従業者」という）</w:t>
      </w:r>
      <w:r w:rsidRPr="00B06C4D">
        <w:rPr>
          <w:rFonts w:asciiTheme="minorEastAsia" w:eastAsiaTheme="minorEastAsia" w:hAnsiTheme="minorEastAsia" w:hint="eastAsia"/>
          <w:szCs w:val="21"/>
          <w:lang w:eastAsia="ja-JP"/>
        </w:rPr>
        <w:t>として、３年以上障害者の支援等に従事した経験を有する者であって、共同生活援助管理者研修（仮称）を修了している者</w:t>
      </w:r>
      <w:r w:rsidRPr="00B06C4D">
        <w:rPr>
          <w:rFonts w:asciiTheme="minorEastAsia" w:eastAsiaTheme="minorEastAsia" w:hAnsiTheme="minorEastAsia" w:hint="eastAsia"/>
          <w:szCs w:val="21"/>
          <w:vertAlign w:val="superscript"/>
          <w:lang w:eastAsia="ja-JP"/>
        </w:rPr>
        <w:t>※２</w:t>
      </w:r>
    </w:p>
    <w:p w14:paraId="0518E72A" w14:textId="06DFEE8C" w:rsidR="00B06C4D" w:rsidRDefault="00B06C4D" w:rsidP="00B06C4D">
      <w:pPr>
        <w:ind w:leftChars="200" w:left="410"/>
        <w:rPr>
          <w:rFonts w:asciiTheme="majorEastAsia" w:eastAsiaTheme="majorEastAsia" w:hAnsiTheme="majorEastAsia"/>
          <w:szCs w:val="21"/>
          <w:lang w:eastAsia="ja-JP"/>
        </w:rPr>
      </w:pPr>
      <w:r w:rsidRPr="00B06C4D">
        <w:rPr>
          <w:rFonts w:asciiTheme="minorEastAsia" w:eastAsiaTheme="minorEastAsia" w:hAnsiTheme="minorEastAsia" w:hint="eastAsia"/>
          <w:szCs w:val="21"/>
          <w:lang w:eastAsia="ja-JP"/>
        </w:rPr>
        <w:t>※１</w:t>
      </w:r>
      <w:r w:rsidRPr="00B06C4D">
        <w:rPr>
          <w:rFonts w:asciiTheme="minorEastAsia" w:eastAsiaTheme="minorEastAsia" w:hAnsiTheme="minorEastAsia"/>
          <w:szCs w:val="21"/>
          <w:lang w:eastAsia="ja-JP"/>
        </w:rPr>
        <w:t>管理者等のうち、実際に障害者に対する支援業務に従事していない者は含まないものとする。</w:t>
      </w:r>
    </w:p>
    <w:p w14:paraId="4186CEED" w14:textId="57CF12F3" w:rsidR="00B06C4D" w:rsidRDefault="00B06C4D" w:rsidP="00B06C4D">
      <w:pPr>
        <w:ind w:leftChars="206" w:left="851" w:hangingChars="209" w:hanging="429"/>
        <w:rPr>
          <w:rFonts w:asciiTheme="minorEastAsia" w:eastAsiaTheme="minorEastAsia" w:hAnsiTheme="minorEastAsia"/>
          <w:szCs w:val="21"/>
          <w:lang w:eastAsia="ja-JP"/>
        </w:rPr>
      </w:pPr>
      <w:r w:rsidRPr="00B06C4D">
        <w:rPr>
          <w:rFonts w:asciiTheme="minorEastAsia" w:eastAsiaTheme="minorEastAsia" w:hAnsiTheme="minorEastAsia" w:hint="eastAsia"/>
          <w:szCs w:val="21"/>
          <w:lang w:eastAsia="ja-JP"/>
        </w:rPr>
        <w:t>※２</w:t>
      </w:r>
      <w:r w:rsidRPr="00B06C4D">
        <w:rPr>
          <w:rFonts w:asciiTheme="minorEastAsia" w:eastAsiaTheme="minorEastAsia" w:hAnsiTheme="minorEastAsia"/>
          <w:szCs w:val="21"/>
          <w:lang w:eastAsia="ja-JP"/>
        </w:rPr>
        <w:t>共同生活援助管理者研修（仮称）は「３年以上の障害者の支援等に従事した経験を有する者」</w:t>
      </w:r>
      <w:r>
        <w:rPr>
          <w:rFonts w:asciiTheme="minorEastAsia" w:eastAsiaTheme="minorEastAsia" w:hAnsiTheme="minorEastAsia" w:hint="eastAsia"/>
          <w:szCs w:val="21"/>
          <w:lang w:eastAsia="ja-JP"/>
        </w:rPr>
        <w:t>が</w:t>
      </w:r>
      <w:r w:rsidRPr="00B06C4D">
        <w:rPr>
          <w:rFonts w:asciiTheme="minorEastAsia" w:eastAsiaTheme="minorEastAsia" w:hAnsiTheme="minorEastAsia"/>
          <w:szCs w:val="21"/>
          <w:lang w:eastAsia="ja-JP"/>
        </w:rPr>
        <w:t>受講可能</w:t>
      </w:r>
    </w:p>
    <w:p w14:paraId="418CF3F1" w14:textId="77777777" w:rsidR="0080007C" w:rsidRDefault="0080007C" w:rsidP="00B06C4D">
      <w:pPr>
        <w:ind w:leftChars="206" w:left="851" w:hangingChars="209" w:hanging="429"/>
        <w:rPr>
          <w:rFonts w:ascii="ＭＳ ゴシック" w:eastAsia="ＭＳ ゴシック" w:hAnsi="ＭＳ ゴシック"/>
          <w:szCs w:val="21"/>
          <w:lang w:eastAsia="ja-JP"/>
        </w:rPr>
      </w:pPr>
    </w:p>
    <w:p w14:paraId="3EA25A5A" w14:textId="56B1FEAD" w:rsidR="0064189F" w:rsidRDefault="0080007C" w:rsidP="00B06C4D">
      <w:pPr>
        <w:ind w:firstLineChars="100" w:firstLine="205"/>
        <w:rPr>
          <w:rFonts w:ascii="ＭＳ ゴシック" w:eastAsia="ＭＳ ゴシック" w:hAnsi="ＭＳ ゴシック"/>
          <w:szCs w:val="21"/>
          <w:lang w:eastAsia="ja-JP"/>
        </w:rPr>
      </w:pPr>
      <w:r>
        <w:rPr>
          <w:rFonts w:ascii="ＭＳ ゴシック" w:eastAsia="ＭＳ ゴシック" w:hAnsi="ＭＳ ゴシック" w:hint="eastAsia"/>
          <w:szCs w:val="21"/>
          <w:lang w:eastAsia="ja-JP"/>
        </w:rPr>
        <w:t>２</w:t>
      </w:r>
      <w:r w:rsidR="0064189F" w:rsidRPr="0064189F">
        <w:rPr>
          <w:rFonts w:ascii="ＭＳ ゴシック" w:eastAsia="ＭＳ ゴシック" w:hAnsi="ＭＳ ゴシック" w:hint="eastAsia"/>
          <w:szCs w:val="21"/>
          <w:lang w:eastAsia="ja-JP"/>
        </w:rPr>
        <w:t xml:space="preserve">　令和９年４月から必要となる実務</w:t>
      </w:r>
      <w:r>
        <w:rPr>
          <w:rFonts w:ascii="ＭＳ ゴシック" w:eastAsia="ＭＳ ゴシック" w:hAnsi="ＭＳ ゴシック" w:hint="eastAsia"/>
          <w:szCs w:val="21"/>
          <w:lang w:eastAsia="ja-JP"/>
        </w:rPr>
        <w:t>経験</w:t>
      </w:r>
    </w:p>
    <w:p w14:paraId="63C55237" w14:textId="40E0BBB9" w:rsidR="00FC123D" w:rsidRPr="00343E31" w:rsidRDefault="00FC123D" w:rsidP="00B06C4D">
      <w:pPr>
        <w:ind w:firstLineChars="100" w:firstLine="205"/>
        <w:rPr>
          <w:rFonts w:ascii="ＭＳ ゴシック" w:eastAsia="ＭＳ ゴシック" w:hAnsi="ＭＳ ゴシック"/>
          <w:szCs w:val="21"/>
          <w:lang w:eastAsia="ja-JP"/>
        </w:rPr>
      </w:pPr>
      <w:r>
        <w:rPr>
          <w:rFonts w:ascii="ＭＳ ゴシック" w:eastAsia="ＭＳ ゴシック" w:hAnsi="ＭＳ ゴシック" w:hint="eastAsia"/>
          <w:szCs w:val="21"/>
          <w:lang w:eastAsia="ja-JP"/>
        </w:rPr>
        <w:t xml:space="preserve">　　</w:t>
      </w:r>
      <w:r w:rsidR="00343E31" w:rsidRPr="00343E31">
        <w:rPr>
          <w:rFonts w:asciiTheme="minorEastAsia" w:eastAsiaTheme="minorEastAsia" w:hAnsiTheme="minorEastAsia" w:hint="eastAsia"/>
          <w:szCs w:val="21"/>
          <w:lang w:eastAsia="ja-JP"/>
        </w:rPr>
        <w:t>３年以上かつ５４０日以上（１年間で１８０日以上）の直接支援業務等の実務経験</w:t>
      </w:r>
    </w:p>
    <w:p w14:paraId="3E8EE8FB" w14:textId="59965791" w:rsidR="00B06C4D" w:rsidRPr="009A5B88" w:rsidRDefault="009A5B88" w:rsidP="0080007C">
      <w:pPr>
        <w:ind w:leftChars="200" w:left="615" w:hangingChars="100" w:hanging="205"/>
        <w:rPr>
          <w:rFonts w:asciiTheme="majorEastAsia" w:eastAsiaTheme="majorEastAsia" w:hAnsiTheme="majorEastAsia"/>
          <w:szCs w:val="21"/>
          <w:lang w:eastAsia="ja-JP"/>
        </w:rPr>
      </w:pPr>
      <w:r>
        <w:rPr>
          <w:rFonts w:asciiTheme="minorEastAsia" w:eastAsiaTheme="minorEastAsia" w:hAnsiTheme="minorEastAsia" w:hint="eastAsia"/>
          <w:szCs w:val="21"/>
          <w:lang w:eastAsia="ja-JP"/>
        </w:rPr>
        <w:t>※</w:t>
      </w:r>
      <w:r w:rsidR="00343E31" w:rsidRPr="009A5B88">
        <w:rPr>
          <w:rFonts w:asciiTheme="minorEastAsia" w:eastAsiaTheme="minorEastAsia" w:hAnsiTheme="minorEastAsia" w:hint="eastAsia"/>
          <w:szCs w:val="21"/>
          <w:lang w:eastAsia="ja-JP"/>
        </w:rPr>
        <w:t>既存の事業所で令和９年３月までに勤務している管理者</w:t>
      </w:r>
      <w:r w:rsidR="0080007C">
        <w:rPr>
          <w:rFonts w:asciiTheme="minorEastAsia" w:eastAsiaTheme="minorEastAsia" w:hAnsiTheme="minorEastAsia" w:hint="eastAsia"/>
          <w:szCs w:val="21"/>
          <w:lang w:eastAsia="ja-JP"/>
        </w:rPr>
        <w:t>（資格要件の施行時点において、現に管理者として勤務している者に限る。）</w:t>
      </w:r>
      <w:r w:rsidRPr="009A5B88">
        <w:rPr>
          <w:rFonts w:asciiTheme="minorEastAsia" w:eastAsiaTheme="minorEastAsia" w:hAnsiTheme="minorEastAsia" w:hint="eastAsia"/>
          <w:szCs w:val="21"/>
          <w:lang w:eastAsia="ja-JP"/>
        </w:rPr>
        <w:t>は</w:t>
      </w:r>
      <w:r w:rsidR="00343E31" w:rsidRPr="009A5B88">
        <w:rPr>
          <w:rFonts w:asciiTheme="minorEastAsia" w:eastAsiaTheme="minorEastAsia" w:hAnsiTheme="minorEastAsia" w:hint="eastAsia"/>
          <w:szCs w:val="21"/>
          <w:lang w:eastAsia="ja-JP"/>
        </w:rPr>
        <w:t>実務経験は不要</w:t>
      </w:r>
    </w:p>
    <w:p w14:paraId="575616AA" w14:textId="56FEF928" w:rsidR="0064189F" w:rsidRPr="00343E31" w:rsidRDefault="0064189F" w:rsidP="00343E31">
      <w:pPr>
        <w:ind w:left="141" w:hangingChars="69" w:hanging="141"/>
        <w:rPr>
          <w:rFonts w:asciiTheme="minorEastAsia" w:eastAsiaTheme="minorEastAsia" w:hAnsiTheme="minorEastAsia"/>
          <w:szCs w:val="21"/>
          <w:lang w:eastAsia="ja-JP"/>
        </w:rPr>
      </w:pPr>
      <w:r>
        <w:rPr>
          <w:rFonts w:asciiTheme="majorEastAsia" w:eastAsiaTheme="majorEastAsia" w:hAnsiTheme="majorEastAsia" w:hint="eastAsia"/>
          <w:szCs w:val="21"/>
          <w:lang w:eastAsia="ja-JP"/>
        </w:rPr>
        <w:t xml:space="preserve">　　　</w:t>
      </w:r>
    </w:p>
    <w:p w14:paraId="372AFEBB" w14:textId="50BAFB09" w:rsidR="0064189F" w:rsidRPr="0064189F" w:rsidRDefault="0080007C" w:rsidP="0064189F">
      <w:pPr>
        <w:ind w:leftChars="100" w:left="410" w:hangingChars="100" w:hanging="205"/>
        <w:rPr>
          <w:rFonts w:ascii="ＭＳ ゴシック" w:eastAsia="ＭＳ ゴシック" w:hAnsi="ＭＳ ゴシック"/>
          <w:szCs w:val="21"/>
          <w:lang w:eastAsia="ja-JP"/>
        </w:rPr>
      </w:pPr>
      <w:r>
        <w:rPr>
          <w:rFonts w:ascii="ＭＳ ゴシック" w:eastAsia="ＭＳ ゴシック" w:hAnsi="ＭＳ ゴシック" w:hint="eastAsia"/>
          <w:szCs w:val="21"/>
          <w:lang w:eastAsia="ja-JP"/>
        </w:rPr>
        <w:t>３</w:t>
      </w:r>
      <w:r w:rsidR="0064189F" w:rsidRPr="0064189F">
        <w:rPr>
          <w:rFonts w:ascii="ＭＳ ゴシック" w:eastAsia="ＭＳ ゴシック" w:hAnsi="ＭＳ ゴシック" w:hint="eastAsia"/>
          <w:szCs w:val="21"/>
          <w:lang w:eastAsia="ja-JP"/>
        </w:rPr>
        <w:t xml:space="preserve">　共同生活援助管理者研修</w:t>
      </w:r>
      <w:r w:rsidR="00B06C4D">
        <w:rPr>
          <w:rFonts w:ascii="ＭＳ ゴシック" w:eastAsia="ＭＳ ゴシック" w:hAnsi="ＭＳ ゴシック" w:hint="eastAsia"/>
          <w:szCs w:val="21"/>
          <w:lang w:eastAsia="ja-JP"/>
        </w:rPr>
        <w:t>（仮称）</w:t>
      </w:r>
      <w:r w:rsidR="009A5B88">
        <w:rPr>
          <w:rFonts w:ascii="ＭＳ ゴシック" w:eastAsia="ＭＳ ゴシック" w:hAnsi="ＭＳ ゴシック" w:hint="eastAsia"/>
          <w:szCs w:val="21"/>
          <w:lang w:eastAsia="ja-JP"/>
        </w:rPr>
        <w:t>の受講</w:t>
      </w:r>
    </w:p>
    <w:p w14:paraId="7C89835B" w14:textId="038E1C76" w:rsidR="00343E31" w:rsidRPr="009A5B88" w:rsidRDefault="00343E31" w:rsidP="00343E31">
      <w:pPr>
        <w:ind w:left="410" w:hangingChars="200" w:hanging="410"/>
        <w:rPr>
          <w:rFonts w:asciiTheme="minorEastAsia" w:eastAsiaTheme="minorEastAsia" w:hAnsiTheme="minorEastAsia"/>
          <w:szCs w:val="21"/>
          <w:lang w:eastAsia="ja-JP"/>
        </w:rPr>
      </w:pPr>
      <w:r>
        <w:rPr>
          <w:rFonts w:asciiTheme="majorEastAsia" w:eastAsiaTheme="majorEastAsia" w:hAnsiTheme="majorEastAsia" w:hint="eastAsia"/>
          <w:szCs w:val="21"/>
          <w:lang w:eastAsia="ja-JP"/>
        </w:rPr>
        <w:t xml:space="preserve">　　　</w:t>
      </w:r>
      <w:r w:rsidRPr="009A5B88">
        <w:rPr>
          <w:rFonts w:asciiTheme="minorEastAsia" w:eastAsiaTheme="minorEastAsia" w:hAnsiTheme="minorEastAsia" w:hint="eastAsia"/>
          <w:szCs w:val="21"/>
          <w:lang w:eastAsia="ja-JP"/>
        </w:rPr>
        <w:t>従業者として、３年以上障害者の支援等に従事した経験を有する者に対して、グループホームの管理者として適切な事業運営を行うために必要な知識及び技術の習得を目的として、講義及び演習を実施</w:t>
      </w:r>
    </w:p>
    <w:p w14:paraId="4281365D" w14:textId="7EB295D4" w:rsidR="00343E31" w:rsidRDefault="00343E31" w:rsidP="00343E31">
      <w:pPr>
        <w:ind w:left="410" w:hangingChars="200" w:hanging="410"/>
        <w:rPr>
          <w:rFonts w:asciiTheme="minorEastAsia" w:eastAsiaTheme="minorEastAsia" w:hAnsiTheme="minorEastAsia"/>
          <w:szCs w:val="21"/>
          <w:lang w:eastAsia="ja-JP"/>
        </w:rPr>
      </w:pPr>
      <w:r w:rsidRPr="009A5B88">
        <w:rPr>
          <w:rFonts w:asciiTheme="minorEastAsia" w:eastAsiaTheme="minorEastAsia" w:hAnsiTheme="minorEastAsia" w:hint="eastAsia"/>
          <w:szCs w:val="21"/>
          <w:lang w:eastAsia="ja-JP"/>
        </w:rPr>
        <w:t xml:space="preserve">　　※</w:t>
      </w:r>
      <w:r w:rsidR="009A5B88" w:rsidRPr="009A5B88">
        <w:rPr>
          <w:rFonts w:asciiTheme="minorEastAsia" w:eastAsiaTheme="minorEastAsia" w:hAnsiTheme="minorEastAsia" w:hint="eastAsia"/>
          <w:szCs w:val="21"/>
          <w:lang w:eastAsia="ja-JP"/>
        </w:rPr>
        <w:t>令和９年度から令和１１年度までは経過措置期間があり、期間内に受講することで要件を満たす。</w:t>
      </w:r>
    </w:p>
    <w:p w14:paraId="041AF0AC" w14:textId="77777777" w:rsidR="00786052" w:rsidRDefault="00786052" w:rsidP="00343E31">
      <w:pPr>
        <w:ind w:left="410" w:hangingChars="200" w:hanging="410"/>
        <w:rPr>
          <w:rFonts w:asciiTheme="minorEastAsia" w:eastAsiaTheme="minorEastAsia" w:hAnsiTheme="minorEastAsia"/>
          <w:szCs w:val="21"/>
          <w:lang w:eastAsia="ja-JP"/>
        </w:rPr>
      </w:pPr>
    </w:p>
    <w:p w14:paraId="3BC2BFB4" w14:textId="4AC60C50" w:rsidR="00786052" w:rsidRDefault="00786052" w:rsidP="00343E31">
      <w:pPr>
        <w:ind w:left="410" w:hangingChars="200" w:hanging="410"/>
        <w:rPr>
          <w:rFonts w:asciiTheme="minorEastAsia" w:eastAsiaTheme="minorEastAsia" w:hAnsiTheme="minorEastAsia"/>
          <w:szCs w:val="21"/>
          <w:lang w:eastAsia="ja-JP"/>
        </w:rPr>
      </w:pPr>
      <w:r>
        <w:rPr>
          <w:rFonts w:asciiTheme="minorEastAsia" w:eastAsiaTheme="minorEastAsia" w:hAnsiTheme="minorEastAsia" w:hint="eastAsia"/>
          <w:szCs w:val="21"/>
          <w:lang w:eastAsia="ja-JP"/>
        </w:rPr>
        <w:t>（参考）</w:t>
      </w:r>
      <w:r w:rsidRPr="00786052">
        <w:rPr>
          <w:rFonts w:asciiTheme="minorEastAsia" w:eastAsiaTheme="minorEastAsia" w:hAnsiTheme="minorEastAsia" w:hint="eastAsia"/>
          <w:szCs w:val="21"/>
          <w:lang w:eastAsia="ja-JP"/>
        </w:rPr>
        <w:t>社会保障審議会障害者部会（第１５６回）</w:t>
      </w:r>
      <w:r>
        <w:rPr>
          <w:rFonts w:asciiTheme="minorEastAsia" w:eastAsiaTheme="minorEastAsia" w:hAnsiTheme="minorEastAsia" w:hint="eastAsia"/>
          <w:szCs w:val="21"/>
          <w:lang w:eastAsia="ja-JP"/>
        </w:rPr>
        <w:t>の資料３「</w:t>
      </w:r>
      <w:r w:rsidRPr="00786052">
        <w:rPr>
          <w:rFonts w:asciiTheme="minorEastAsia" w:eastAsiaTheme="minorEastAsia" w:hAnsiTheme="minorEastAsia" w:hint="eastAsia"/>
          <w:szCs w:val="21"/>
          <w:lang w:eastAsia="ja-JP"/>
        </w:rPr>
        <w:t>障害福祉サービスの質の確保について</w:t>
      </w:r>
      <w:r>
        <w:rPr>
          <w:rFonts w:asciiTheme="minorEastAsia" w:eastAsiaTheme="minorEastAsia" w:hAnsiTheme="minorEastAsia" w:hint="eastAsia"/>
          <w:szCs w:val="21"/>
          <w:lang w:eastAsia="ja-JP"/>
        </w:rPr>
        <w:t>」</w:t>
      </w:r>
    </w:p>
    <w:p w14:paraId="694DBF0A" w14:textId="38232E78" w:rsidR="00786052" w:rsidRPr="009A5B88" w:rsidRDefault="00786052" w:rsidP="00343E31">
      <w:pPr>
        <w:ind w:left="410" w:hangingChars="200" w:hanging="410"/>
        <w:rPr>
          <w:rFonts w:asciiTheme="minorEastAsia" w:eastAsiaTheme="minorEastAsia" w:hAnsiTheme="minorEastAsia"/>
          <w:szCs w:val="21"/>
          <w:lang w:eastAsia="ja-JP"/>
        </w:rPr>
      </w:pPr>
      <w:r>
        <w:rPr>
          <w:rFonts w:asciiTheme="minorEastAsia" w:eastAsiaTheme="minorEastAsia" w:hAnsiTheme="minorEastAsia" w:hint="eastAsia"/>
          <w:szCs w:val="21"/>
          <w:lang w:eastAsia="ja-JP"/>
        </w:rPr>
        <w:t xml:space="preserve">　　　　</w:t>
      </w:r>
      <w:hyperlink r:id="rId8" w:history="1">
        <w:r w:rsidRPr="00BB12F3">
          <w:rPr>
            <w:rStyle w:val="aff"/>
            <w:rFonts w:asciiTheme="minorEastAsia" w:eastAsiaTheme="minorEastAsia" w:hAnsiTheme="minorEastAsia"/>
            <w:szCs w:val="21"/>
            <w:lang w:eastAsia="ja-JP"/>
          </w:rPr>
          <w:t>https://www.mhlw.go.jp/stf/newpage_73370.html</w:t>
        </w:r>
      </w:hyperlink>
    </w:p>
    <w:bookmarkEnd w:id="0"/>
    <w:sectPr w:rsidR="00786052" w:rsidRPr="009A5B88" w:rsidSect="00F826AE">
      <w:headerReference w:type="default" r:id="rId9"/>
      <w:pgSz w:w="11906" w:h="16838" w:code="9"/>
      <w:pgMar w:top="794" w:right="1077" w:bottom="794" w:left="1077" w:header="567" w:footer="567" w:gutter="0"/>
      <w:cols w:space="720"/>
      <w:docGrid w:type="linesAndChars" w:linePitch="308"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F0301" w14:textId="77777777" w:rsidR="00BD2826" w:rsidRDefault="00BD2826" w:rsidP="001F2627">
      <w:r>
        <w:separator/>
      </w:r>
    </w:p>
  </w:endnote>
  <w:endnote w:type="continuationSeparator" w:id="0">
    <w:p w14:paraId="6F622122" w14:textId="77777777" w:rsidR="00BD2826" w:rsidRDefault="00BD2826" w:rsidP="001F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60409020205020404"/>
    <w:charset w:val="00"/>
    <w:family w:val="modern"/>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978B3" w14:textId="77777777" w:rsidR="00BD2826" w:rsidRDefault="00BD2826" w:rsidP="001F2627">
      <w:r>
        <w:separator/>
      </w:r>
    </w:p>
  </w:footnote>
  <w:footnote w:type="continuationSeparator" w:id="0">
    <w:p w14:paraId="29730E8D" w14:textId="77777777" w:rsidR="00BD2826" w:rsidRDefault="00BD2826" w:rsidP="001F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0BDB" w14:textId="77777777" w:rsidR="00F826AE" w:rsidRDefault="00F826AE" w:rsidP="00F826AE">
    <w:pPr>
      <w:pStyle w:val="a5"/>
      <w:ind w:firstLineChars="100"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449635C"/>
    <w:multiLevelType w:val="hybridMultilevel"/>
    <w:tmpl w:val="BC62AF86"/>
    <w:lvl w:ilvl="0" w:tplc="D57A57A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4E2C41DC"/>
    <w:multiLevelType w:val="hybridMultilevel"/>
    <w:tmpl w:val="F28CA848"/>
    <w:lvl w:ilvl="0" w:tplc="023C33C8">
      <w:start w:val="2"/>
      <w:numFmt w:val="bullet"/>
      <w:lvlText w:val="※"/>
      <w:lvlJc w:val="left"/>
      <w:pPr>
        <w:ind w:left="769" w:hanging="360"/>
      </w:pPr>
      <w:rPr>
        <w:rFonts w:ascii="ＭＳ ゴシック" w:eastAsia="ＭＳ ゴシック" w:hAnsi="ＭＳ ゴシック" w:cstheme="minorBidi" w:hint="eastAsia"/>
      </w:rPr>
    </w:lvl>
    <w:lvl w:ilvl="1" w:tplc="0409000B" w:tentative="1">
      <w:start w:val="1"/>
      <w:numFmt w:val="bullet"/>
      <w:lvlText w:val=""/>
      <w:lvlJc w:val="left"/>
      <w:pPr>
        <w:ind w:left="1289" w:hanging="440"/>
      </w:pPr>
      <w:rPr>
        <w:rFonts w:ascii="Wingdings" w:hAnsi="Wingdings" w:hint="default"/>
      </w:rPr>
    </w:lvl>
    <w:lvl w:ilvl="2" w:tplc="0409000D" w:tentative="1">
      <w:start w:val="1"/>
      <w:numFmt w:val="bullet"/>
      <w:lvlText w:val=""/>
      <w:lvlJc w:val="left"/>
      <w:pPr>
        <w:ind w:left="1729" w:hanging="440"/>
      </w:pPr>
      <w:rPr>
        <w:rFonts w:ascii="Wingdings" w:hAnsi="Wingdings" w:hint="default"/>
      </w:rPr>
    </w:lvl>
    <w:lvl w:ilvl="3" w:tplc="04090001" w:tentative="1">
      <w:start w:val="1"/>
      <w:numFmt w:val="bullet"/>
      <w:lvlText w:val=""/>
      <w:lvlJc w:val="left"/>
      <w:pPr>
        <w:ind w:left="2169" w:hanging="440"/>
      </w:pPr>
      <w:rPr>
        <w:rFonts w:ascii="Wingdings" w:hAnsi="Wingdings" w:hint="default"/>
      </w:rPr>
    </w:lvl>
    <w:lvl w:ilvl="4" w:tplc="0409000B" w:tentative="1">
      <w:start w:val="1"/>
      <w:numFmt w:val="bullet"/>
      <w:lvlText w:val=""/>
      <w:lvlJc w:val="left"/>
      <w:pPr>
        <w:ind w:left="2609" w:hanging="440"/>
      </w:pPr>
      <w:rPr>
        <w:rFonts w:ascii="Wingdings" w:hAnsi="Wingdings" w:hint="default"/>
      </w:rPr>
    </w:lvl>
    <w:lvl w:ilvl="5" w:tplc="0409000D" w:tentative="1">
      <w:start w:val="1"/>
      <w:numFmt w:val="bullet"/>
      <w:lvlText w:val=""/>
      <w:lvlJc w:val="left"/>
      <w:pPr>
        <w:ind w:left="3049" w:hanging="440"/>
      </w:pPr>
      <w:rPr>
        <w:rFonts w:ascii="Wingdings" w:hAnsi="Wingdings" w:hint="default"/>
      </w:rPr>
    </w:lvl>
    <w:lvl w:ilvl="6" w:tplc="04090001" w:tentative="1">
      <w:start w:val="1"/>
      <w:numFmt w:val="bullet"/>
      <w:lvlText w:val=""/>
      <w:lvlJc w:val="left"/>
      <w:pPr>
        <w:ind w:left="3489" w:hanging="440"/>
      </w:pPr>
      <w:rPr>
        <w:rFonts w:ascii="Wingdings" w:hAnsi="Wingdings" w:hint="default"/>
      </w:rPr>
    </w:lvl>
    <w:lvl w:ilvl="7" w:tplc="0409000B" w:tentative="1">
      <w:start w:val="1"/>
      <w:numFmt w:val="bullet"/>
      <w:lvlText w:val=""/>
      <w:lvlJc w:val="left"/>
      <w:pPr>
        <w:ind w:left="3929" w:hanging="440"/>
      </w:pPr>
      <w:rPr>
        <w:rFonts w:ascii="Wingdings" w:hAnsi="Wingdings" w:hint="default"/>
      </w:rPr>
    </w:lvl>
    <w:lvl w:ilvl="8" w:tplc="0409000D" w:tentative="1">
      <w:start w:val="1"/>
      <w:numFmt w:val="bullet"/>
      <w:lvlText w:val=""/>
      <w:lvlJc w:val="left"/>
      <w:pPr>
        <w:ind w:left="4369" w:hanging="440"/>
      </w:pPr>
      <w:rPr>
        <w:rFonts w:ascii="Wingdings" w:hAnsi="Wingdings" w:hint="default"/>
      </w:rPr>
    </w:lvl>
  </w:abstractNum>
  <w:abstractNum w:abstractNumId="11" w15:restartNumberingAfterBreak="0">
    <w:nsid w:val="5EC50882"/>
    <w:multiLevelType w:val="hybridMultilevel"/>
    <w:tmpl w:val="A58A427C"/>
    <w:lvl w:ilvl="0" w:tplc="E37239E6">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037387259">
    <w:abstractNumId w:val="8"/>
  </w:num>
  <w:num w:numId="2" w16cid:durableId="269749008">
    <w:abstractNumId w:val="6"/>
  </w:num>
  <w:num w:numId="3" w16cid:durableId="457335773">
    <w:abstractNumId w:val="5"/>
  </w:num>
  <w:num w:numId="4" w16cid:durableId="57634699">
    <w:abstractNumId w:val="4"/>
  </w:num>
  <w:num w:numId="5" w16cid:durableId="13894311">
    <w:abstractNumId w:val="7"/>
  </w:num>
  <w:num w:numId="6" w16cid:durableId="535851428">
    <w:abstractNumId w:val="3"/>
  </w:num>
  <w:num w:numId="7" w16cid:durableId="1578783211">
    <w:abstractNumId w:val="2"/>
  </w:num>
  <w:num w:numId="8" w16cid:durableId="1882937098">
    <w:abstractNumId w:val="1"/>
  </w:num>
  <w:num w:numId="9" w16cid:durableId="421338658">
    <w:abstractNumId w:val="0"/>
  </w:num>
  <w:num w:numId="10" w16cid:durableId="733242981">
    <w:abstractNumId w:val="11"/>
  </w:num>
  <w:num w:numId="11" w16cid:durableId="879244810">
    <w:abstractNumId w:val="9"/>
  </w:num>
  <w:num w:numId="12" w16cid:durableId="6995545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205"/>
  <w:drawingGridVerticalSpacing w:val="154"/>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019"/>
    <w:rsid w:val="000305B6"/>
    <w:rsid w:val="00034616"/>
    <w:rsid w:val="00036830"/>
    <w:rsid w:val="0005376E"/>
    <w:rsid w:val="0006063C"/>
    <w:rsid w:val="00061257"/>
    <w:rsid w:val="00063049"/>
    <w:rsid w:val="00063710"/>
    <w:rsid w:val="000803F6"/>
    <w:rsid w:val="000966C8"/>
    <w:rsid w:val="00096BDD"/>
    <w:rsid w:val="000A2AE0"/>
    <w:rsid w:val="000A787C"/>
    <w:rsid w:val="000B6AE1"/>
    <w:rsid w:val="000D07CF"/>
    <w:rsid w:val="000E1574"/>
    <w:rsid w:val="000E265C"/>
    <w:rsid w:val="00137BC4"/>
    <w:rsid w:val="00145560"/>
    <w:rsid w:val="0015074B"/>
    <w:rsid w:val="00152F99"/>
    <w:rsid w:val="00155FE9"/>
    <w:rsid w:val="001578F8"/>
    <w:rsid w:val="001833C4"/>
    <w:rsid w:val="00197D90"/>
    <w:rsid w:val="001B0599"/>
    <w:rsid w:val="001C425B"/>
    <w:rsid w:val="001D1C59"/>
    <w:rsid w:val="001E5D2E"/>
    <w:rsid w:val="001F0923"/>
    <w:rsid w:val="001F2627"/>
    <w:rsid w:val="002164E7"/>
    <w:rsid w:val="002316BF"/>
    <w:rsid w:val="00246877"/>
    <w:rsid w:val="002523B2"/>
    <w:rsid w:val="002801C9"/>
    <w:rsid w:val="00290202"/>
    <w:rsid w:val="002909DF"/>
    <w:rsid w:val="002957DB"/>
    <w:rsid w:val="0029639D"/>
    <w:rsid w:val="00296756"/>
    <w:rsid w:val="002D562E"/>
    <w:rsid w:val="002D68A6"/>
    <w:rsid w:val="002E5476"/>
    <w:rsid w:val="003054F0"/>
    <w:rsid w:val="00326F90"/>
    <w:rsid w:val="00335694"/>
    <w:rsid w:val="00343E31"/>
    <w:rsid w:val="00356237"/>
    <w:rsid w:val="00363C31"/>
    <w:rsid w:val="00364B6A"/>
    <w:rsid w:val="003A6829"/>
    <w:rsid w:val="003B4CD0"/>
    <w:rsid w:val="003C43FD"/>
    <w:rsid w:val="003D4665"/>
    <w:rsid w:val="003F2291"/>
    <w:rsid w:val="003F3013"/>
    <w:rsid w:val="00404323"/>
    <w:rsid w:val="00406E42"/>
    <w:rsid w:val="00412676"/>
    <w:rsid w:val="00421A52"/>
    <w:rsid w:val="00436932"/>
    <w:rsid w:val="004430AE"/>
    <w:rsid w:val="00453429"/>
    <w:rsid w:val="00457D40"/>
    <w:rsid w:val="00473A74"/>
    <w:rsid w:val="00476444"/>
    <w:rsid w:val="00482C5D"/>
    <w:rsid w:val="004849D8"/>
    <w:rsid w:val="004856E1"/>
    <w:rsid w:val="0049065F"/>
    <w:rsid w:val="00494886"/>
    <w:rsid w:val="004A3ABF"/>
    <w:rsid w:val="004E1CD7"/>
    <w:rsid w:val="004F669D"/>
    <w:rsid w:val="0052090A"/>
    <w:rsid w:val="0053782D"/>
    <w:rsid w:val="00562052"/>
    <w:rsid w:val="005626D1"/>
    <w:rsid w:val="00582BE9"/>
    <w:rsid w:val="00585677"/>
    <w:rsid w:val="005B08AF"/>
    <w:rsid w:val="005C2838"/>
    <w:rsid w:val="005D086B"/>
    <w:rsid w:val="005D5FD1"/>
    <w:rsid w:val="005E527D"/>
    <w:rsid w:val="006063C8"/>
    <w:rsid w:val="00615345"/>
    <w:rsid w:val="006269D1"/>
    <w:rsid w:val="0064189F"/>
    <w:rsid w:val="006566D1"/>
    <w:rsid w:val="006640BB"/>
    <w:rsid w:val="00666D61"/>
    <w:rsid w:val="006719D3"/>
    <w:rsid w:val="00672B0C"/>
    <w:rsid w:val="006812EF"/>
    <w:rsid w:val="0069631D"/>
    <w:rsid w:val="006C0188"/>
    <w:rsid w:val="006C0D3F"/>
    <w:rsid w:val="0073239D"/>
    <w:rsid w:val="00751871"/>
    <w:rsid w:val="0075450B"/>
    <w:rsid w:val="0076428E"/>
    <w:rsid w:val="00766338"/>
    <w:rsid w:val="00786052"/>
    <w:rsid w:val="007B0484"/>
    <w:rsid w:val="007C4DB2"/>
    <w:rsid w:val="007D355D"/>
    <w:rsid w:val="007D40E7"/>
    <w:rsid w:val="007E1424"/>
    <w:rsid w:val="007F1082"/>
    <w:rsid w:val="007F42A9"/>
    <w:rsid w:val="0080007C"/>
    <w:rsid w:val="008048F0"/>
    <w:rsid w:val="00823B5A"/>
    <w:rsid w:val="0083102A"/>
    <w:rsid w:val="00876B73"/>
    <w:rsid w:val="00882464"/>
    <w:rsid w:val="00894B47"/>
    <w:rsid w:val="008A59F8"/>
    <w:rsid w:val="008A5F48"/>
    <w:rsid w:val="008B5BDA"/>
    <w:rsid w:val="008C43CF"/>
    <w:rsid w:val="00903DA5"/>
    <w:rsid w:val="00915FE7"/>
    <w:rsid w:val="00924E43"/>
    <w:rsid w:val="009438D9"/>
    <w:rsid w:val="00970AB4"/>
    <w:rsid w:val="00971979"/>
    <w:rsid w:val="0097211F"/>
    <w:rsid w:val="0098771B"/>
    <w:rsid w:val="00996FA2"/>
    <w:rsid w:val="009A11ED"/>
    <w:rsid w:val="009A3B96"/>
    <w:rsid w:val="009A5B88"/>
    <w:rsid w:val="009D1FDA"/>
    <w:rsid w:val="009E16A5"/>
    <w:rsid w:val="009F35C2"/>
    <w:rsid w:val="00A208E0"/>
    <w:rsid w:val="00A274D4"/>
    <w:rsid w:val="00A320EB"/>
    <w:rsid w:val="00A420E5"/>
    <w:rsid w:val="00A575CE"/>
    <w:rsid w:val="00A6556E"/>
    <w:rsid w:val="00A73D5A"/>
    <w:rsid w:val="00A9783B"/>
    <w:rsid w:val="00AA0061"/>
    <w:rsid w:val="00AA1D8D"/>
    <w:rsid w:val="00AB57D5"/>
    <w:rsid w:val="00AB596C"/>
    <w:rsid w:val="00AB6B8D"/>
    <w:rsid w:val="00AC1F07"/>
    <w:rsid w:val="00AC78F3"/>
    <w:rsid w:val="00AC7B6A"/>
    <w:rsid w:val="00AD7535"/>
    <w:rsid w:val="00AE2376"/>
    <w:rsid w:val="00B06C4D"/>
    <w:rsid w:val="00B0763B"/>
    <w:rsid w:val="00B11391"/>
    <w:rsid w:val="00B23400"/>
    <w:rsid w:val="00B4176D"/>
    <w:rsid w:val="00B47730"/>
    <w:rsid w:val="00B521A8"/>
    <w:rsid w:val="00B559A5"/>
    <w:rsid w:val="00B77C40"/>
    <w:rsid w:val="00B80C95"/>
    <w:rsid w:val="00B8355C"/>
    <w:rsid w:val="00B90594"/>
    <w:rsid w:val="00B947A4"/>
    <w:rsid w:val="00BB12F3"/>
    <w:rsid w:val="00BD2826"/>
    <w:rsid w:val="00BE1E3F"/>
    <w:rsid w:val="00BE2850"/>
    <w:rsid w:val="00BE6ADF"/>
    <w:rsid w:val="00BF6BA0"/>
    <w:rsid w:val="00C00E3F"/>
    <w:rsid w:val="00C415BE"/>
    <w:rsid w:val="00C57851"/>
    <w:rsid w:val="00C666B9"/>
    <w:rsid w:val="00C72075"/>
    <w:rsid w:val="00C973AC"/>
    <w:rsid w:val="00CB0664"/>
    <w:rsid w:val="00CB41FE"/>
    <w:rsid w:val="00D051FB"/>
    <w:rsid w:val="00D158A8"/>
    <w:rsid w:val="00D36E2B"/>
    <w:rsid w:val="00D96CC7"/>
    <w:rsid w:val="00DA2921"/>
    <w:rsid w:val="00DB0ED3"/>
    <w:rsid w:val="00DB52C9"/>
    <w:rsid w:val="00DB70C8"/>
    <w:rsid w:val="00DC2CC5"/>
    <w:rsid w:val="00DD06CC"/>
    <w:rsid w:val="00DD293A"/>
    <w:rsid w:val="00DF5ABC"/>
    <w:rsid w:val="00E23979"/>
    <w:rsid w:val="00E42608"/>
    <w:rsid w:val="00EA7D76"/>
    <w:rsid w:val="00EB1357"/>
    <w:rsid w:val="00EC14A1"/>
    <w:rsid w:val="00EC1BDD"/>
    <w:rsid w:val="00EC251F"/>
    <w:rsid w:val="00ED09B8"/>
    <w:rsid w:val="00EE3623"/>
    <w:rsid w:val="00F209BC"/>
    <w:rsid w:val="00F555F7"/>
    <w:rsid w:val="00F62980"/>
    <w:rsid w:val="00F826AE"/>
    <w:rsid w:val="00FA304F"/>
    <w:rsid w:val="00FB143B"/>
    <w:rsid w:val="00FB3D52"/>
    <w:rsid w:val="00FC123D"/>
    <w:rsid w:val="00FC693F"/>
    <w:rsid w:val="00FD0016"/>
    <w:rsid w:val="00FD04F9"/>
    <w:rsid w:val="00FD64FB"/>
    <w:rsid w:val="00FE344A"/>
    <w:rsid w:val="00FF08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9F1B72B"/>
  <w14:defaultImageDpi w14:val="330"/>
  <w15:docId w15:val="{258208C1-96C4-4E5B-8329-E17877BAE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ＭＳ 明朝" w:eastAsia="ＭＳ 明朝" w:hAnsi="ＭＳ 明朝"/>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Hyperlink"/>
    <w:basedOn w:val="a2"/>
    <w:uiPriority w:val="99"/>
    <w:unhideWhenUsed/>
    <w:rsid w:val="00766338"/>
    <w:rPr>
      <w:color w:val="0000FF" w:themeColor="hyperlink"/>
      <w:u w:val="single"/>
    </w:rPr>
  </w:style>
  <w:style w:type="character" w:styleId="aff0">
    <w:name w:val="Unresolved Mention"/>
    <w:basedOn w:val="a2"/>
    <w:uiPriority w:val="99"/>
    <w:semiHidden/>
    <w:unhideWhenUsed/>
    <w:rsid w:val="00766338"/>
    <w:rPr>
      <w:color w:val="605E5C"/>
      <w:shd w:val="clear" w:color="auto" w:fill="E1DFDD"/>
    </w:rPr>
  </w:style>
  <w:style w:type="character" w:styleId="aff1">
    <w:name w:val="FollowedHyperlink"/>
    <w:basedOn w:val="a2"/>
    <w:uiPriority w:val="99"/>
    <w:semiHidden/>
    <w:unhideWhenUsed/>
    <w:rsid w:val="005626D1"/>
    <w:rPr>
      <w:color w:val="800080" w:themeColor="followedHyperlink"/>
      <w:u w:val="single"/>
    </w:rPr>
  </w:style>
  <w:style w:type="paragraph" w:styleId="aff2">
    <w:name w:val="Revision"/>
    <w:hidden/>
    <w:uiPriority w:val="99"/>
    <w:semiHidden/>
    <w:rsid w:val="00585677"/>
    <w:pPr>
      <w:spacing w:after="0" w:line="240" w:lineRule="auto"/>
    </w:pPr>
    <w:rPr>
      <w:rFonts w:ascii="ＭＳ 明朝" w:eastAsia="ＭＳ 明朝" w:hAnsi="ＭＳ 明朝"/>
      <w:sz w:val="21"/>
    </w:rPr>
  </w:style>
  <w:style w:type="paragraph" w:styleId="aff3">
    <w:name w:val="Note Heading"/>
    <w:basedOn w:val="a1"/>
    <w:next w:val="a1"/>
    <w:link w:val="aff4"/>
    <w:uiPriority w:val="99"/>
    <w:unhideWhenUsed/>
    <w:rsid w:val="001C425B"/>
    <w:pPr>
      <w:jc w:val="center"/>
    </w:pPr>
    <w:rPr>
      <w:rFonts w:asciiTheme="minorEastAsia" w:eastAsiaTheme="minorEastAsia" w:hAnsiTheme="minorEastAsia"/>
      <w:szCs w:val="21"/>
      <w:lang w:eastAsia="ja-JP"/>
    </w:rPr>
  </w:style>
  <w:style w:type="character" w:customStyle="1" w:styleId="aff4">
    <w:name w:val="記 (文字)"/>
    <w:basedOn w:val="a2"/>
    <w:link w:val="aff3"/>
    <w:uiPriority w:val="99"/>
    <w:rsid w:val="001C425B"/>
    <w:rPr>
      <w:rFonts w:asciiTheme="minorEastAsia" w:hAnsiTheme="minorEastAsia"/>
      <w:sz w:val="21"/>
      <w:szCs w:val="21"/>
      <w:lang w:eastAsia="ja-JP"/>
    </w:rPr>
  </w:style>
  <w:style w:type="paragraph" w:styleId="aff5">
    <w:name w:val="Closing"/>
    <w:basedOn w:val="a1"/>
    <w:link w:val="aff6"/>
    <w:uiPriority w:val="99"/>
    <w:unhideWhenUsed/>
    <w:rsid w:val="001C425B"/>
    <w:pPr>
      <w:jc w:val="right"/>
    </w:pPr>
    <w:rPr>
      <w:rFonts w:asciiTheme="minorEastAsia" w:eastAsiaTheme="minorEastAsia" w:hAnsiTheme="minorEastAsia"/>
      <w:szCs w:val="21"/>
      <w:lang w:eastAsia="ja-JP"/>
    </w:rPr>
  </w:style>
  <w:style w:type="character" w:customStyle="1" w:styleId="aff6">
    <w:name w:val="結語 (文字)"/>
    <w:basedOn w:val="a2"/>
    <w:link w:val="aff5"/>
    <w:uiPriority w:val="99"/>
    <w:rsid w:val="001C425B"/>
    <w:rPr>
      <w:rFonts w:asciiTheme="minorEastAsia" w:hAnsiTheme="minorEastAsia"/>
      <w:sz w:val="21"/>
      <w:szCs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092390">
      <w:bodyDiv w:val="1"/>
      <w:marLeft w:val="0"/>
      <w:marRight w:val="0"/>
      <w:marTop w:val="0"/>
      <w:marBottom w:val="0"/>
      <w:divBdr>
        <w:top w:val="none" w:sz="0" w:space="0" w:color="auto"/>
        <w:left w:val="none" w:sz="0" w:space="0" w:color="auto"/>
        <w:bottom w:val="none" w:sz="0" w:space="0" w:color="auto"/>
        <w:right w:val="none" w:sz="0" w:space="0" w:color="auto"/>
      </w:divBdr>
      <w:divsChild>
        <w:div w:id="1890919525">
          <w:marLeft w:val="0"/>
          <w:marRight w:val="0"/>
          <w:marTop w:val="0"/>
          <w:marBottom w:val="0"/>
          <w:divBdr>
            <w:top w:val="none" w:sz="0" w:space="0" w:color="auto"/>
            <w:left w:val="none" w:sz="0" w:space="0" w:color="auto"/>
            <w:bottom w:val="none" w:sz="0" w:space="0" w:color="auto"/>
            <w:right w:val="none" w:sz="0" w:space="0" w:color="auto"/>
          </w:divBdr>
        </w:div>
      </w:divsChild>
    </w:div>
    <w:div w:id="1225751843">
      <w:bodyDiv w:val="1"/>
      <w:marLeft w:val="0"/>
      <w:marRight w:val="0"/>
      <w:marTop w:val="0"/>
      <w:marBottom w:val="0"/>
      <w:divBdr>
        <w:top w:val="none" w:sz="0" w:space="0" w:color="auto"/>
        <w:left w:val="none" w:sz="0" w:space="0" w:color="auto"/>
        <w:bottom w:val="none" w:sz="0" w:space="0" w:color="auto"/>
        <w:right w:val="none" w:sz="0" w:space="0" w:color="auto"/>
      </w:divBdr>
      <w:divsChild>
        <w:div w:id="1506553147">
          <w:marLeft w:val="0"/>
          <w:marRight w:val="0"/>
          <w:marTop w:val="0"/>
          <w:marBottom w:val="0"/>
          <w:divBdr>
            <w:top w:val="none" w:sz="0" w:space="0" w:color="auto"/>
            <w:left w:val="none" w:sz="0" w:space="0" w:color="auto"/>
            <w:bottom w:val="none" w:sz="0" w:space="0" w:color="auto"/>
            <w:right w:val="none" w:sz="0" w:space="0" w:color="auto"/>
          </w:divBdr>
        </w:div>
      </w:divsChild>
    </w:div>
    <w:div w:id="1471047130">
      <w:bodyDiv w:val="1"/>
      <w:marLeft w:val="0"/>
      <w:marRight w:val="0"/>
      <w:marTop w:val="0"/>
      <w:marBottom w:val="0"/>
      <w:divBdr>
        <w:top w:val="none" w:sz="0" w:space="0" w:color="auto"/>
        <w:left w:val="none" w:sz="0" w:space="0" w:color="auto"/>
        <w:bottom w:val="none" w:sz="0" w:space="0" w:color="auto"/>
        <w:right w:val="none" w:sz="0" w:space="0" w:color="auto"/>
      </w:divBdr>
    </w:div>
    <w:div w:id="1480265382">
      <w:bodyDiv w:val="1"/>
      <w:marLeft w:val="0"/>
      <w:marRight w:val="0"/>
      <w:marTop w:val="0"/>
      <w:marBottom w:val="0"/>
      <w:divBdr>
        <w:top w:val="none" w:sz="0" w:space="0" w:color="auto"/>
        <w:left w:val="none" w:sz="0" w:space="0" w:color="auto"/>
        <w:bottom w:val="none" w:sz="0" w:space="0" w:color="auto"/>
        <w:right w:val="none" w:sz="0" w:space="0" w:color="auto"/>
      </w:divBdr>
      <w:divsChild>
        <w:div w:id="269093951">
          <w:marLeft w:val="0"/>
          <w:marRight w:val="0"/>
          <w:marTop w:val="0"/>
          <w:marBottom w:val="0"/>
          <w:divBdr>
            <w:top w:val="none" w:sz="0" w:space="0" w:color="auto"/>
            <w:left w:val="none" w:sz="0" w:space="0" w:color="auto"/>
            <w:bottom w:val="none" w:sz="0" w:space="0" w:color="auto"/>
            <w:right w:val="none" w:sz="0" w:space="0" w:color="auto"/>
          </w:divBdr>
        </w:div>
      </w:divsChild>
    </w:div>
    <w:div w:id="1989020105">
      <w:bodyDiv w:val="1"/>
      <w:marLeft w:val="0"/>
      <w:marRight w:val="0"/>
      <w:marTop w:val="0"/>
      <w:marBottom w:val="0"/>
      <w:divBdr>
        <w:top w:val="none" w:sz="0" w:space="0" w:color="auto"/>
        <w:left w:val="none" w:sz="0" w:space="0" w:color="auto"/>
        <w:bottom w:val="none" w:sz="0" w:space="0" w:color="auto"/>
        <w:right w:val="none" w:sz="0" w:space="0" w:color="auto"/>
      </w:divBdr>
      <w:divsChild>
        <w:div w:id="2015947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hlw.go.jp/stf/newpage_73370.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C5555-A040-4733-836C-BDD29AC15A8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Pages>
  <Words>207</Words>
  <Characters>1181</Characters>
  <DocSecurity>0</DocSecurity>
  <Lines>9</Lines>
  <Paragraphs>2</Paragraphs>
  <ScaleCrop>false</ScaleCrop>
  <LinksUpToDate>false</LinksUpToDate>
  <CharactersWithSpaces>1386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2026-09-24T04:14:00Z</cp:lastPrinted>
  <dcterms:created xsi:type="dcterms:W3CDTF">2026-09-24T23:25:00Z</dcterms:created>
  <dcterms:modified xsi:type="dcterms:W3CDTF">2026-09-24T23:25:00Z</dcterms:modified>
</cp:coreProperties>
</file>